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08794" w14:textId="77777777" w:rsidR="00292A61" w:rsidRPr="00396EF8" w:rsidRDefault="00723271" w:rsidP="0068323C">
      <w:pPr>
        <w:spacing w:line="360" w:lineRule="auto"/>
        <w:jc w:val="center"/>
        <w:rPr>
          <w:rFonts w:cs="Times New Roman"/>
          <w:sz w:val="24"/>
          <w:szCs w:val="24"/>
          <w:lang w:val="ru-RU"/>
        </w:rPr>
      </w:pPr>
      <w:r w:rsidRPr="00396EF8">
        <w:rPr>
          <w:rFonts w:cs="Times New Roman"/>
          <w:b/>
          <w:sz w:val="24"/>
          <w:szCs w:val="24"/>
          <w:lang w:val="ru-RU"/>
        </w:rPr>
        <w:t>РЕШЕНИЕ</w:t>
      </w:r>
    </w:p>
    <w:p w14:paraId="08BE2FD5" w14:textId="77777777" w:rsidR="00292A61" w:rsidRPr="00396EF8" w:rsidRDefault="00723271" w:rsidP="0068323C">
      <w:pPr>
        <w:spacing w:line="360" w:lineRule="auto"/>
        <w:jc w:val="center"/>
        <w:rPr>
          <w:rFonts w:cs="Times New Roman"/>
          <w:sz w:val="24"/>
          <w:szCs w:val="24"/>
          <w:lang w:val="ru-RU"/>
        </w:rPr>
      </w:pPr>
      <w:r w:rsidRPr="00396EF8">
        <w:rPr>
          <w:rFonts w:cs="Times New Roman"/>
          <w:b/>
          <w:sz w:val="24"/>
          <w:szCs w:val="24"/>
          <w:lang w:val="ru-RU"/>
        </w:rPr>
        <w:t>Совета Адвокатской палаты Санкт-Петербурга</w:t>
      </w:r>
    </w:p>
    <w:p w14:paraId="012FCE06" w14:textId="2097FACC" w:rsidR="00C92055" w:rsidRDefault="00723271" w:rsidP="0068323C">
      <w:pPr>
        <w:spacing w:line="360" w:lineRule="auto"/>
        <w:jc w:val="center"/>
        <w:rPr>
          <w:rFonts w:cs="Times New Roman"/>
          <w:b/>
          <w:sz w:val="24"/>
          <w:szCs w:val="24"/>
          <w:lang w:val="ru-RU"/>
        </w:rPr>
      </w:pPr>
      <w:r w:rsidRPr="00396EF8">
        <w:rPr>
          <w:rFonts w:cs="Times New Roman"/>
          <w:b/>
          <w:sz w:val="24"/>
          <w:szCs w:val="24"/>
          <w:lang w:val="ru-RU"/>
        </w:rPr>
        <w:t xml:space="preserve">по дисциплинарным производствам </w:t>
      </w:r>
      <w:proofErr w:type="gramStart"/>
      <w:r w:rsidRPr="00396EF8">
        <w:rPr>
          <w:rFonts w:cs="Times New Roman"/>
          <w:b/>
          <w:sz w:val="24"/>
          <w:szCs w:val="24"/>
          <w:lang w:val="ru-RU"/>
        </w:rPr>
        <w:t xml:space="preserve">№ </w:t>
      </w:r>
      <w:r w:rsidR="00576627" w:rsidRPr="00396EF8">
        <w:rPr>
          <w:rFonts w:cs="Times New Roman"/>
          <w:b/>
          <w:sz w:val="24"/>
          <w:szCs w:val="24"/>
          <w:lang w:val="ru-RU"/>
        </w:rPr>
        <w:t>,</w:t>
      </w:r>
      <w:proofErr w:type="gramEnd"/>
      <w:r w:rsidRPr="00396EF8">
        <w:rPr>
          <w:rFonts w:cs="Times New Roman"/>
          <w:b/>
          <w:sz w:val="24"/>
          <w:szCs w:val="24"/>
          <w:lang w:val="ru-RU"/>
        </w:rPr>
        <w:t xml:space="preserve"> </w:t>
      </w:r>
      <w:bookmarkStart w:id="0" w:name="_Hlk231833016"/>
      <w:r w:rsidR="00576627" w:rsidRPr="00396EF8">
        <w:rPr>
          <w:rFonts w:cs="Times New Roman"/>
          <w:b/>
          <w:sz w:val="24"/>
          <w:szCs w:val="24"/>
          <w:lang w:val="ru-RU"/>
        </w:rPr>
        <w:t xml:space="preserve">№ </w:t>
      </w:r>
      <w:bookmarkEnd w:id="0"/>
      <w:r w:rsidRPr="00396EF8">
        <w:rPr>
          <w:rFonts w:cs="Times New Roman"/>
          <w:b/>
          <w:sz w:val="24"/>
          <w:szCs w:val="24"/>
          <w:lang w:val="ru-RU"/>
        </w:rPr>
        <w:t xml:space="preserve">и № </w:t>
      </w:r>
    </w:p>
    <w:p w14:paraId="6EB7E8EE" w14:textId="0E736C47" w:rsidR="00292A61" w:rsidRPr="00396EF8" w:rsidRDefault="00723271" w:rsidP="0068323C">
      <w:pPr>
        <w:spacing w:line="360" w:lineRule="auto"/>
        <w:jc w:val="center"/>
        <w:rPr>
          <w:rFonts w:cs="Times New Roman"/>
          <w:sz w:val="24"/>
          <w:szCs w:val="24"/>
          <w:lang w:val="ru-RU"/>
        </w:rPr>
      </w:pPr>
      <w:r w:rsidRPr="00396EF8">
        <w:rPr>
          <w:rFonts w:cs="Times New Roman"/>
          <w:b/>
          <w:sz w:val="24"/>
          <w:szCs w:val="24"/>
          <w:lang w:val="ru-RU"/>
        </w:rPr>
        <w:t>в отношении</w:t>
      </w:r>
      <w:r w:rsidR="0068323C">
        <w:rPr>
          <w:rFonts w:cs="Times New Roman"/>
          <w:b/>
          <w:sz w:val="24"/>
          <w:szCs w:val="24"/>
          <w:lang w:val="ru-RU"/>
        </w:rPr>
        <w:t xml:space="preserve"> </w:t>
      </w:r>
      <w:r w:rsidRPr="00396EF8">
        <w:rPr>
          <w:rFonts w:cs="Times New Roman"/>
          <w:b/>
          <w:sz w:val="24"/>
          <w:szCs w:val="24"/>
          <w:lang w:val="ru-RU"/>
        </w:rPr>
        <w:t xml:space="preserve">адвоката </w:t>
      </w:r>
      <w:r w:rsidR="007F66C5">
        <w:rPr>
          <w:rFonts w:cs="Times New Roman"/>
          <w:b/>
          <w:sz w:val="24"/>
          <w:szCs w:val="24"/>
          <w:lang w:val="ru-RU"/>
        </w:rPr>
        <w:t>К.</w:t>
      </w:r>
    </w:p>
    <w:p w14:paraId="206FDFB6" w14:textId="77777777" w:rsidR="00292A61" w:rsidRPr="00396EF8" w:rsidRDefault="00292A61" w:rsidP="009E1C7D">
      <w:pPr>
        <w:jc w:val="both"/>
        <w:rPr>
          <w:rFonts w:cs="Times New Roman"/>
          <w:sz w:val="24"/>
          <w:szCs w:val="24"/>
          <w:lang w:val="ru-RU"/>
        </w:rPr>
      </w:pPr>
    </w:p>
    <w:p w14:paraId="7EE60D39" w14:textId="77777777" w:rsidR="001778BD" w:rsidRPr="00396EF8" w:rsidRDefault="001778BD" w:rsidP="001778BD">
      <w:pPr>
        <w:jc w:val="both"/>
        <w:rPr>
          <w:rFonts w:cs="Times New Roman"/>
          <w:sz w:val="24"/>
          <w:szCs w:val="24"/>
          <w:lang w:val="ru-RU"/>
        </w:rPr>
      </w:pPr>
      <w:r w:rsidRPr="00396EF8">
        <w:rPr>
          <w:rFonts w:cs="Times New Roman"/>
          <w:sz w:val="24"/>
          <w:szCs w:val="24"/>
          <w:lang w:val="ru-RU"/>
        </w:rPr>
        <w:t>11.06.2026</w:t>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t>г. Санкт-Петербург</w:t>
      </w:r>
    </w:p>
    <w:p w14:paraId="5A96482E" w14:textId="77777777" w:rsidR="001778BD" w:rsidRPr="00396EF8" w:rsidRDefault="001778BD" w:rsidP="001778BD">
      <w:pPr>
        <w:jc w:val="both"/>
        <w:rPr>
          <w:rFonts w:cs="Times New Roman"/>
          <w:sz w:val="24"/>
          <w:szCs w:val="24"/>
          <w:lang w:val="ru-RU"/>
        </w:rPr>
      </w:pPr>
    </w:p>
    <w:p w14:paraId="525BEBF2" w14:textId="0AD506E4" w:rsidR="00292A61" w:rsidRPr="00396EF8" w:rsidRDefault="001778BD" w:rsidP="001778BD">
      <w:pPr>
        <w:jc w:val="both"/>
        <w:rPr>
          <w:rFonts w:cs="Times New Roman"/>
          <w:sz w:val="24"/>
          <w:szCs w:val="24"/>
          <w:lang w:val="ru-RU"/>
        </w:rPr>
      </w:pPr>
      <w:r w:rsidRPr="00396EF8">
        <w:rPr>
          <w:rFonts w:cs="Times New Roman"/>
          <w:sz w:val="24"/>
          <w:szCs w:val="24"/>
          <w:lang w:val="ru-RU"/>
        </w:rPr>
        <w:tab/>
        <w:t xml:space="preserve">Совет Адвокатской палаты Санкт-Петербурга (далее также – Совет АП СПб и АП СПб, соответственно) в составе президента АП СПб </w:t>
      </w:r>
      <w:proofErr w:type="spellStart"/>
      <w:r w:rsidRPr="00396EF8">
        <w:rPr>
          <w:rFonts w:cs="Times New Roman"/>
          <w:sz w:val="24"/>
          <w:szCs w:val="24"/>
          <w:lang w:val="ru-RU"/>
        </w:rPr>
        <w:t>Тенишева</w:t>
      </w:r>
      <w:proofErr w:type="spellEnd"/>
      <w:r w:rsidRPr="00396EF8">
        <w:rPr>
          <w:rFonts w:cs="Times New Roman"/>
          <w:sz w:val="24"/>
          <w:szCs w:val="24"/>
          <w:lang w:val="ru-RU"/>
        </w:rPr>
        <w:t xml:space="preserve"> В.Ш. (председатель), вице-президента АП СПб Пановой В.С., членов Совета </w:t>
      </w:r>
      <w:proofErr w:type="spellStart"/>
      <w:r w:rsidRPr="00396EF8">
        <w:rPr>
          <w:rFonts w:cs="Times New Roman"/>
          <w:sz w:val="24"/>
          <w:szCs w:val="24"/>
          <w:lang w:val="ru-RU"/>
        </w:rPr>
        <w:t>Ибряновой</w:t>
      </w:r>
      <w:proofErr w:type="spellEnd"/>
      <w:r w:rsidRPr="00396EF8">
        <w:rPr>
          <w:rFonts w:cs="Times New Roman"/>
          <w:sz w:val="24"/>
          <w:szCs w:val="24"/>
          <w:lang w:val="ru-RU"/>
        </w:rPr>
        <w:t xml:space="preserve"> Г.А., </w:t>
      </w:r>
      <w:proofErr w:type="spellStart"/>
      <w:r w:rsidRPr="00396EF8">
        <w:rPr>
          <w:rFonts w:cs="Times New Roman"/>
          <w:sz w:val="24"/>
          <w:szCs w:val="24"/>
          <w:lang w:val="ru-RU"/>
        </w:rPr>
        <w:t>Краузе</w:t>
      </w:r>
      <w:proofErr w:type="spellEnd"/>
      <w:r w:rsidRPr="00396EF8">
        <w:rPr>
          <w:rFonts w:cs="Times New Roman"/>
          <w:sz w:val="24"/>
          <w:szCs w:val="24"/>
          <w:lang w:val="ru-RU"/>
        </w:rPr>
        <w:t xml:space="preserve"> С.В., </w:t>
      </w:r>
      <w:r w:rsidR="008A0E6B">
        <w:rPr>
          <w:rFonts w:cs="Times New Roman"/>
          <w:sz w:val="24"/>
          <w:szCs w:val="24"/>
          <w:lang w:val="ru-RU"/>
        </w:rPr>
        <w:br/>
      </w:r>
      <w:proofErr w:type="spellStart"/>
      <w:r w:rsidRPr="00396EF8">
        <w:rPr>
          <w:rFonts w:cs="Times New Roman"/>
          <w:sz w:val="24"/>
          <w:szCs w:val="24"/>
          <w:lang w:val="ru-RU"/>
        </w:rPr>
        <w:t>Манкевича</w:t>
      </w:r>
      <w:proofErr w:type="spellEnd"/>
      <w:r w:rsidRPr="00396EF8">
        <w:rPr>
          <w:rFonts w:cs="Times New Roman"/>
          <w:sz w:val="24"/>
          <w:szCs w:val="24"/>
          <w:lang w:val="ru-RU"/>
        </w:rPr>
        <w:t xml:space="preserve"> А.Е., Морозова М.А., </w:t>
      </w:r>
      <w:proofErr w:type="spellStart"/>
      <w:r w:rsidRPr="00396EF8">
        <w:rPr>
          <w:rFonts w:cs="Times New Roman"/>
          <w:sz w:val="24"/>
          <w:szCs w:val="24"/>
          <w:lang w:val="ru-RU"/>
        </w:rPr>
        <w:t>Пашинского</w:t>
      </w:r>
      <w:proofErr w:type="spellEnd"/>
      <w:r w:rsidRPr="00396EF8">
        <w:rPr>
          <w:rFonts w:cs="Times New Roman"/>
          <w:sz w:val="24"/>
          <w:szCs w:val="24"/>
          <w:lang w:val="ru-RU"/>
        </w:rPr>
        <w:t xml:space="preserve"> М.Л., </w:t>
      </w:r>
      <w:proofErr w:type="spellStart"/>
      <w:r w:rsidRPr="00396EF8">
        <w:rPr>
          <w:rFonts w:cs="Times New Roman"/>
          <w:sz w:val="24"/>
          <w:szCs w:val="24"/>
          <w:lang w:val="ru-RU"/>
        </w:rPr>
        <w:t>Передрука</w:t>
      </w:r>
      <w:proofErr w:type="spellEnd"/>
      <w:r w:rsidRPr="00396EF8">
        <w:rPr>
          <w:rFonts w:cs="Times New Roman"/>
          <w:sz w:val="24"/>
          <w:szCs w:val="24"/>
          <w:lang w:val="ru-RU"/>
        </w:rPr>
        <w:t xml:space="preserve"> А.Д., Пономаревой Н.В., Розова Ю.В., Семеняко М.Е., </w:t>
      </w:r>
      <w:proofErr w:type="spellStart"/>
      <w:r w:rsidRPr="00396EF8">
        <w:rPr>
          <w:rFonts w:cs="Times New Roman"/>
          <w:sz w:val="24"/>
          <w:szCs w:val="24"/>
          <w:lang w:val="ru-RU"/>
        </w:rPr>
        <w:t>Чангли</w:t>
      </w:r>
      <w:proofErr w:type="spellEnd"/>
      <w:r w:rsidRPr="00396EF8">
        <w:rPr>
          <w:rFonts w:cs="Times New Roman"/>
          <w:sz w:val="24"/>
          <w:szCs w:val="24"/>
          <w:lang w:val="ru-RU"/>
        </w:rPr>
        <w:t xml:space="preserve"> А.И. (участвовали очно), первого вице-президента АП СПб </w:t>
      </w:r>
      <w:proofErr w:type="spellStart"/>
      <w:r w:rsidRPr="00396EF8">
        <w:rPr>
          <w:rFonts w:cs="Times New Roman"/>
          <w:sz w:val="24"/>
          <w:szCs w:val="24"/>
          <w:lang w:val="ru-RU"/>
        </w:rPr>
        <w:t>Саськова</w:t>
      </w:r>
      <w:proofErr w:type="spellEnd"/>
      <w:r w:rsidRPr="00396EF8">
        <w:rPr>
          <w:rFonts w:cs="Times New Roman"/>
          <w:sz w:val="24"/>
          <w:szCs w:val="24"/>
          <w:lang w:val="ru-RU"/>
        </w:rPr>
        <w:t xml:space="preserve"> К.Ю. (участвовал дистанционно посредством использования сервиса видеоконференций «</w:t>
      </w:r>
      <w:proofErr w:type="spellStart"/>
      <w:r w:rsidRPr="00396EF8">
        <w:rPr>
          <w:rFonts w:cs="Times New Roman"/>
          <w:sz w:val="24"/>
          <w:szCs w:val="24"/>
        </w:rPr>
        <w:t>SaluteJazz</w:t>
      </w:r>
      <w:proofErr w:type="spellEnd"/>
      <w:r w:rsidRPr="00396EF8">
        <w:rPr>
          <w:rFonts w:cs="Times New Roman"/>
          <w:sz w:val="24"/>
          <w:szCs w:val="24"/>
          <w:lang w:val="ru-RU"/>
        </w:rPr>
        <w:t>»)</w:t>
      </w:r>
      <w:r w:rsidR="008A0E6B">
        <w:rPr>
          <w:rFonts w:cs="Times New Roman"/>
          <w:sz w:val="24"/>
          <w:szCs w:val="24"/>
          <w:lang w:val="ru-RU"/>
        </w:rPr>
        <w:t>,</w:t>
      </w:r>
      <w:r w:rsidRPr="00396EF8">
        <w:rPr>
          <w:rFonts w:cs="Times New Roman"/>
          <w:sz w:val="24"/>
          <w:szCs w:val="24"/>
          <w:lang w:val="ru-RU"/>
        </w:rPr>
        <w:t xml:space="preserve"> в соответствии с положениями ст. ст. 24, 25 Кодекса профессиональной этики адвоката (далее также – КПЭА) рассмотрев 11.06.2026 в закрытом заседании дисциплинарные производства </w:t>
      </w:r>
      <w:r w:rsidRPr="00396EF8">
        <w:rPr>
          <w:rFonts w:cs="Times New Roman"/>
          <w:b/>
          <w:bCs/>
          <w:sz w:val="24"/>
          <w:szCs w:val="24"/>
          <w:lang w:val="ru-RU"/>
        </w:rPr>
        <w:t xml:space="preserve">№ , № и № </w:t>
      </w:r>
      <w:r w:rsidRPr="00396EF8">
        <w:rPr>
          <w:rFonts w:cs="Times New Roman"/>
          <w:sz w:val="24"/>
          <w:szCs w:val="24"/>
          <w:lang w:val="ru-RU"/>
        </w:rPr>
        <w:t xml:space="preserve">в отношении адвоката </w:t>
      </w:r>
      <w:r w:rsidR="007F66C5">
        <w:rPr>
          <w:rFonts w:cs="Times New Roman"/>
          <w:b/>
          <w:bCs/>
          <w:sz w:val="24"/>
          <w:szCs w:val="24"/>
          <w:lang w:val="ru-RU"/>
        </w:rPr>
        <w:t>К.</w:t>
      </w:r>
      <w:r w:rsidRPr="00396EF8">
        <w:rPr>
          <w:rFonts w:cs="Times New Roman"/>
          <w:sz w:val="24"/>
          <w:szCs w:val="24"/>
          <w:lang w:val="ru-RU"/>
        </w:rPr>
        <w:t xml:space="preserve"> (регистрационный номер  в Едином государственном реестре адвокатов),</w:t>
      </w:r>
    </w:p>
    <w:p w14:paraId="2B777796" w14:textId="77777777" w:rsidR="00576627" w:rsidRPr="00396EF8" w:rsidRDefault="00576627" w:rsidP="009E1C7D">
      <w:pPr>
        <w:jc w:val="both"/>
        <w:rPr>
          <w:rFonts w:cs="Times New Roman"/>
          <w:sz w:val="24"/>
          <w:szCs w:val="24"/>
          <w:lang w:val="ru-RU"/>
        </w:rPr>
      </w:pPr>
    </w:p>
    <w:p w14:paraId="213372B6" w14:textId="77777777" w:rsidR="00292A61" w:rsidRPr="00396EF8" w:rsidRDefault="00723271" w:rsidP="009E1C7D">
      <w:pPr>
        <w:jc w:val="center"/>
        <w:rPr>
          <w:rFonts w:cs="Times New Roman"/>
          <w:b/>
          <w:bCs/>
          <w:sz w:val="24"/>
          <w:szCs w:val="24"/>
          <w:lang w:val="ru-RU"/>
        </w:rPr>
      </w:pPr>
      <w:r w:rsidRPr="00396EF8">
        <w:rPr>
          <w:rFonts w:cs="Times New Roman"/>
          <w:b/>
          <w:bCs/>
          <w:sz w:val="24"/>
          <w:szCs w:val="24"/>
          <w:lang w:val="ru-RU"/>
        </w:rPr>
        <w:t>установил:</w:t>
      </w:r>
    </w:p>
    <w:p w14:paraId="4DC472F4" w14:textId="77777777" w:rsidR="00576627" w:rsidRPr="00396EF8" w:rsidRDefault="00576627" w:rsidP="009E1C7D">
      <w:pPr>
        <w:jc w:val="both"/>
        <w:rPr>
          <w:rFonts w:cs="Times New Roman"/>
          <w:sz w:val="24"/>
          <w:szCs w:val="24"/>
          <w:lang w:val="ru-RU"/>
        </w:rPr>
      </w:pPr>
    </w:p>
    <w:p w14:paraId="047AD562" w14:textId="2A46E932" w:rsidR="00292A61" w:rsidRPr="00396EF8" w:rsidRDefault="00576627" w:rsidP="009E1C7D">
      <w:pPr>
        <w:jc w:val="both"/>
        <w:rPr>
          <w:rFonts w:cs="Times New Roman"/>
          <w:sz w:val="24"/>
          <w:szCs w:val="24"/>
          <w:lang w:val="ru-RU"/>
        </w:rPr>
      </w:pPr>
      <w:r w:rsidRPr="00396EF8">
        <w:rPr>
          <w:rFonts w:cs="Times New Roman"/>
          <w:sz w:val="24"/>
          <w:szCs w:val="24"/>
          <w:lang w:val="ru-RU"/>
        </w:rPr>
        <w:t>д</w:t>
      </w:r>
      <w:r w:rsidR="00723271" w:rsidRPr="00396EF8">
        <w:rPr>
          <w:rFonts w:cs="Times New Roman"/>
          <w:sz w:val="24"/>
          <w:szCs w:val="24"/>
          <w:lang w:val="ru-RU"/>
        </w:rPr>
        <w:t xml:space="preserve">исциплинарное производство </w:t>
      </w:r>
      <w:proofErr w:type="gramStart"/>
      <w:r w:rsidR="00723271" w:rsidRPr="00396EF8">
        <w:rPr>
          <w:rFonts w:cs="Times New Roman"/>
          <w:sz w:val="24"/>
          <w:szCs w:val="24"/>
          <w:lang w:val="ru-RU"/>
        </w:rPr>
        <w:t>№  возбуждено</w:t>
      </w:r>
      <w:proofErr w:type="gramEnd"/>
      <w:r w:rsidR="00723271" w:rsidRPr="00396EF8">
        <w:rPr>
          <w:rFonts w:cs="Times New Roman"/>
          <w:sz w:val="24"/>
          <w:szCs w:val="24"/>
          <w:lang w:val="ru-RU"/>
        </w:rPr>
        <w:t xml:space="preserve"> </w:t>
      </w:r>
      <w:r w:rsidR="00423A56" w:rsidRPr="00396EF8">
        <w:rPr>
          <w:rFonts w:cs="Times New Roman"/>
          <w:sz w:val="24"/>
          <w:szCs w:val="24"/>
          <w:lang w:val="ru-RU"/>
        </w:rPr>
        <w:t>18.12.2025</w:t>
      </w:r>
      <w:r w:rsidR="00723271" w:rsidRPr="00396EF8">
        <w:rPr>
          <w:rFonts w:cs="Times New Roman"/>
          <w:sz w:val="24"/>
          <w:szCs w:val="24"/>
          <w:lang w:val="ru-RU"/>
        </w:rPr>
        <w:t xml:space="preserve"> президентом АП СПб Тенишевым В.Ш.; поводом для его возбуждения послужила жалоба </w:t>
      </w:r>
      <w:r w:rsidR="007F66C5">
        <w:rPr>
          <w:rFonts w:cs="Times New Roman"/>
          <w:sz w:val="24"/>
          <w:szCs w:val="24"/>
          <w:lang w:val="ru-RU"/>
        </w:rPr>
        <w:t>К.Т.В.</w:t>
      </w:r>
      <w:r w:rsidR="00723271" w:rsidRPr="00396EF8">
        <w:rPr>
          <w:rFonts w:cs="Times New Roman"/>
          <w:sz w:val="24"/>
          <w:szCs w:val="24"/>
          <w:lang w:val="ru-RU"/>
        </w:rPr>
        <w:t xml:space="preserve">, поступившая в АП СПб </w:t>
      </w:r>
      <w:r w:rsidR="00423A56" w:rsidRPr="00396EF8">
        <w:rPr>
          <w:rFonts w:cs="Times New Roman"/>
          <w:sz w:val="24"/>
          <w:szCs w:val="24"/>
          <w:lang w:val="ru-RU"/>
        </w:rPr>
        <w:t>15.12.2025</w:t>
      </w:r>
      <w:r w:rsidR="00723271" w:rsidRPr="00396EF8">
        <w:rPr>
          <w:rFonts w:cs="Times New Roman"/>
          <w:sz w:val="24"/>
          <w:szCs w:val="24"/>
          <w:lang w:val="ru-RU"/>
        </w:rPr>
        <w:t>; в Квалификационную комиссию АП СПб (далее – Квалифкомиссия) материалы дисциплинарного дела поступили 22.12.2025.</w:t>
      </w:r>
    </w:p>
    <w:p w14:paraId="7758C2CD" w14:textId="54141C02" w:rsidR="00576627" w:rsidRPr="00396EF8" w:rsidRDefault="00723271" w:rsidP="009E1C7D">
      <w:pPr>
        <w:jc w:val="both"/>
        <w:rPr>
          <w:rFonts w:cs="Times New Roman"/>
          <w:sz w:val="24"/>
          <w:szCs w:val="24"/>
          <w:lang w:val="ru-RU"/>
        </w:rPr>
      </w:pPr>
      <w:r w:rsidRPr="00396EF8">
        <w:rPr>
          <w:rFonts w:cs="Times New Roman"/>
          <w:sz w:val="24"/>
          <w:szCs w:val="24"/>
          <w:lang w:val="ru-RU"/>
        </w:rPr>
        <w:t xml:space="preserve">Дисциплинарное производство </w:t>
      </w:r>
      <w:bookmarkStart w:id="1" w:name="_Hlk231827399"/>
      <w:r w:rsidRPr="00396EF8">
        <w:rPr>
          <w:rFonts w:cs="Times New Roman"/>
          <w:sz w:val="24"/>
          <w:szCs w:val="24"/>
          <w:lang w:val="ru-RU"/>
        </w:rPr>
        <w:t xml:space="preserve">№ </w:t>
      </w:r>
      <w:bookmarkEnd w:id="1"/>
      <w:r w:rsidRPr="00396EF8">
        <w:rPr>
          <w:rFonts w:cs="Times New Roman"/>
          <w:sz w:val="24"/>
          <w:szCs w:val="24"/>
          <w:lang w:val="ru-RU"/>
        </w:rPr>
        <w:t xml:space="preserve">возбуждено </w:t>
      </w:r>
      <w:r w:rsidR="008D52C9" w:rsidRPr="00396EF8">
        <w:rPr>
          <w:rFonts w:cs="Times New Roman"/>
          <w:sz w:val="24"/>
          <w:szCs w:val="24"/>
          <w:lang w:val="ru-RU"/>
        </w:rPr>
        <w:t xml:space="preserve">12.02.2026 </w:t>
      </w:r>
      <w:r w:rsidRPr="00396EF8">
        <w:rPr>
          <w:rFonts w:cs="Times New Roman"/>
          <w:sz w:val="24"/>
          <w:szCs w:val="24"/>
          <w:lang w:val="ru-RU"/>
        </w:rPr>
        <w:t xml:space="preserve">президентом АП СПб </w:t>
      </w:r>
      <w:proofErr w:type="spellStart"/>
      <w:r w:rsidRPr="00396EF8">
        <w:rPr>
          <w:rFonts w:cs="Times New Roman"/>
          <w:sz w:val="24"/>
          <w:szCs w:val="24"/>
          <w:lang w:val="ru-RU"/>
        </w:rPr>
        <w:t>Тенишевым</w:t>
      </w:r>
      <w:proofErr w:type="spellEnd"/>
      <w:r w:rsidRPr="00396EF8">
        <w:rPr>
          <w:rFonts w:cs="Times New Roman"/>
          <w:sz w:val="24"/>
          <w:szCs w:val="24"/>
          <w:lang w:val="ru-RU"/>
        </w:rPr>
        <w:t xml:space="preserve"> В.Ш.; поводом для его возбуждения послужила вторая жалоба </w:t>
      </w:r>
      <w:r w:rsidR="008D52C9" w:rsidRPr="00396EF8">
        <w:rPr>
          <w:rFonts w:cs="Times New Roman"/>
          <w:sz w:val="24"/>
          <w:szCs w:val="24"/>
          <w:lang w:val="ru-RU"/>
        </w:rPr>
        <w:br/>
      </w:r>
      <w:r w:rsidR="007F66C5">
        <w:rPr>
          <w:rFonts w:cs="Times New Roman"/>
          <w:sz w:val="24"/>
          <w:szCs w:val="24"/>
          <w:lang w:val="ru-RU"/>
        </w:rPr>
        <w:t>К.</w:t>
      </w:r>
      <w:r w:rsidRPr="00396EF8">
        <w:rPr>
          <w:rFonts w:cs="Times New Roman"/>
          <w:sz w:val="24"/>
          <w:szCs w:val="24"/>
          <w:lang w:val="ru-RU"/>
        </w:rPr>
        <w:t xml:space="preserve">Т.В., поступившая в АП СПб </w:t>
      </w:r>
      <w:r w:rsidR="008D52C9" w:rsidRPr="00396EF8">
        <w:rPr>
          <w:rFonts w:cs="Times New Roman"/>
          <w:sz w:val="24"/>
          <w:szCs w:val="24"/>
          <w:lang w:val="ru-RU"/>
        </w:rPr>
        <w:t>04.02.2026</w:t>
      </w:r>
      <w:r w:rsidRPr="00396EF8">
        <w:rPr>
          <w:rFonts w:cs="Times New Roman"/>
          <w:sz w:val="24"/>
          <w:szCs w:val="24"/>
          <w:lang w:val="ru-RU"/>
        </w:rPr>
        <w:t xml:space="preserve">; в </w:t>
      </w:r>
      <w:proofErr w:type="spellStart"/>
      <w:r w:rsidRPr="00396EF8">
        <w:rPr>
          <w:rFonts w:cs="Times New Roman"/>
          <w:sz w:val="24"/>
          <w:szCs w:val="24"/>
          <w:lang w:val="ru-RU"/>
        </w:rPr>
        <w:t>Квалифкомиссию</w:t>
      </w:r>
      <w:proofErr w:type="spellEnd"/>
      <w:r w:rsidRPr="00396EF8">
        <w:rPr>
          <w:rFonts w:cs="Times New Roman"/>
          <w:sz w:val="24"/>
          <w:szCs w:val="24"/>
          <w:lang w:val="ru-RU"/>
        </w:rPr>
        <w:t xml:space="preserve"> материалы дисциплинарного дела поступили 16.02.2026. </w:t>
      </w:r>
    </w:p>
    <w:p w14:paraId="23362723" w14:textId="27B45DC6"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В заседании Квалифкомиссии 02.04.2026 дисциплинарные производства №  и № были объединены в одно дисциплинарное производство с общим номером </w:t>
      </w:r>
      <w:r w:rsidR="00461AA8">
        <w:rPr>
          <w:rFonts w:cs="Times New Roman"/>
          <w:sz w:val="24"/>
          <w:szCs w:val="24"/>
          <w:lang w:val="ru-RU"/>
        </w:rPr>
        <w:br/>
      </w:r>
      <w:r w:rsidRPr="00396EF8">
        <w:rPr>
          <w:rFonts w:cs="Times New Roman"/>
          <w:sz w:val="24"/>
          <w:szCs w:val="24"/>
          <w:lang w:val="ru-RU"/>
        </w:rPr>
        <w:t>№  в связи с общими основаниями возбуждения дисциплинарного производства и тем, что жалобы заявительницы были поданы в отношении одного и того же адвоката.</w:t>
      </w:r>
    </w:p>
    <w:p w14:paraId="6F883C82" w14:textId="3A4041A9"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Дисциплинарное производство № возбуждено </w:t>
      </w:r>
      <w:r w:rsidR="008D52C9" w:rsidRPr="00396EF8">
        <w:rPr>
          <w:rFonts w:cs="Times New Roman"/>
          <w:sz w:val="24"/>
          <w:szCs w:val="24"/>
          <w:lang w:val="ru-RU"/>
        </w:rPr>
        <w:t xml:space="preserve">16.03.2026 </w:t>
      </w:r>
      <w:r w:rsidRPr="00396EF8">
        <w:rPr>
          <w:rFonts w:cs="Times New Roman"/>
          <w:sz w:val="24"/>
          <w:szCs w:val="24"/>
          <w:lang w:val="ru-RU"/>
        </w:rPr>
        <w:t xml:space="preserve">президентом АП СПб Тенишевым В.Ш.; поводом для его возбуждения послужило представление Главного управления Министерства юстиции Российской Федерации по Санкт-Петербургу и Ленинградской области (далее также – Главное управление), поступившее в АП СПб </w:t>
      </w:r>
      <w:r w:rsidR="008D52C9" w:rsidRPr="00396EF8">
        <w:rPr>
          <w:rFonts w:cs="Times New Roman"/>
          <w:sz w:val="24"/>
          <w:szCs w:val="24"/>
          <w:lang w:val="ru-RU"/>
        </w:rPr>
        <w:t>13.03.2026</w:t>
      </w:r>
      <w:r w:rsidRPr="00396EF8">
        <w:rPr>
          <w:rFonts w:cs="Times New Roman"/>
          <w:sz w:val="24"/>
          <w:szCs w:val="24"/>
          <w:lang w:val="ru-RU"/>
        </w:rPr>
        <w:t xml:space="preserve">; в </w:t>
      </w:r>
      <w:proofErr w:type="spellStart"/>
      <w:r w:rsidRPr="00396EF8">
        <w:rPr>
          <w:rFonts w:cs="Times New Roman"/>
          <w:sz w:val="24"/>
          <w:szCs w:val="24"/>
          <w:lang w:val="ru-RU"/>
        </w:rPr>
        <w:t>Квалифкомиссию</w:t>
      </w:r>
      <w:proofErr w:type="spellEnd"/>
      <w:r w:rsidRPr="00396EF8">
        <w:rPr>
          <w:rFonts w:cs="Times New Roman"/>
          <w:sz w:val="24"/>
          <w:szCs w:val="24"/>
          <w:lang w:val="ru-RU"/>
        </w:rPr>
        <w:t xml:space="preserve"> материалы дисциплинарного дела поступили 1</w:t>
      </w:r>
      <w:r w:rsidR="008D52C9" w:rsidRPr="00396EF8">
        <w:rPr>
          <w:rFonts w:cs="Times New Roman"/>
          <w:sz w:val="24"/>
          <w:szCs w:val="24"/>
          <w:lang w:val="ru-RU"/>
        </w:rPr>
        <w:t>7</w:t>
      </w:r>
      <w:r w:rsidRPr="00396EF8">
        <w:rPr>
          <w:rFonts w:cs="Times New Roman"/>
          <w:sz w:val="24"/>
          <w:szCs w:val="24"/>
          <w:lang w:val="ru-RU"/>
        </w:rPr>
        <w:t>.03.2026.</w:t>
      </w:r>
    </w:p>
    <w:p w14:paraId="58863C6A" w14:textId="77777777" w:rsidR="009E1C7D" w:rsidRPr="00396EF8" w:rsidRDefault="009E1C7D" w:rsidP="009E1C7D">
      <w:pPr>
        <w:jc w:val="both"/>
        <w:rPr>
          <w:rFonts w:cs="Times New Roman"/>
          <w:sz w:val="24"/>
          <w:szCs w:val="24"/>
          <w:lang w:val="ru-RU"/>
        </w:rPr>
      </w:pPr>
    </w:p>
    <w:p w14:paraId="30C88BA5" w14:textId="361FCF21"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В жалобах </w:t>
      </w:r>
      <w:r w:rsidR="007F66C5">
        <w:rPr>
          <w:rFonts w:cs="Times New Roman"/>
          <w:sz w:val="24"/>
          <w:szCs w:val="24"/>
          <w:lang w:val="ru-RU"/>
        </w:rPr>
        <w:t>К.</w:t>
      </w:r>
      <w:r w:rsidRPr="00396EF8">
        <w:rPr>
          <w:rFonts w:cs="Times New Roman"/>
          <w:sz w:val="24"/>
          <w:szCs w:val="24"/>
          <w:lang w:val="ru-RU"/>
        </w:rPr>
        <w:t xml:space="preserve">Т.В. </w:t>
      </w:r>
      <w:r w:rsidRPr="00396EF8">
        <w:rPr>
          <w:rFonts w:cs="Times New Roman"/>
          <w:b/>
          <w:bCs/>
          <w:sz w:val="24"/>
          <w:szCs w:val="24"/>
          <w:lang w:val="ru-RU"/>
        </w:rPr>
        <w:t>по дисциплинарн</w:t>
      </w:r>
      <w:r w:rsidR="00953409" w:rsidRPr="00396EF8">
        <w:rPr>
          <w:rFonts w:cs="Times New Roman"/>
          <w:b/>
          <w:bCs/>
          <w:sz w:val="24"/>
          <w:szCs w:val="24"/>
          <w:lang w:val="ru-RU"/>
        </w:rPr>
        <w:t>ым</w:t>
      </w:r>
      <w:r w:rsidRPr="00396EF8">
        <w:rPr>
          <w:rFonts w:cs="Times New Roman"/>
          <w:b/>
          <w:bCs/>
          <w:sz w:val="24"/>
          <w:szCs w:val="24"/>
          <w:lang w:val="ru-RU"/>
        </w:rPr>
        <w:t xml:space="preserve"> производств</w:t>
      </w:r>
      <w:r w:rsidR="00953409" w:rsidRPr="00396EF8">
        <w:rPr>
          <w:rFonts w:cs="Times New Roman"/>
          <w:b/>
          <w:bCs/>
          <w:sz w:val="24"/>
          <w:szCs w:val="24"/>
          <w:lang w:val="ru-RU"/>
        </w:rPr>
        <w:t>ам</w:t>
      </w:r>
      <w:r w:rsidRPr="00396EF8">
        <w:rPr>
          <w:rFonts w:cs="Times New Roman"/>
          <w:b/>
          <w:bCs/>
          <w:sz w:val="24"/>
          <w:szCs w:val="24"/>
          <w:lang w:val="ru-RU"/>
        </w:rPr>
        <w:t xml:space="preserve"> № </w:t>
      </w:r>
      <w:r w:rsidR="00953409" w:rsidRPr="00396EF8">
        <w:rPr>
          <w:rFonts w:cs="Times New Roman"/>
          <w:b/>
          <w:bCs/>
          <w:sz w:val="24"/>
          <w:szCs w:val="24"/>
          <w:lang w:val="ru-RU"/>
        </w:rPr>
        <w:t xml:space="preserve"> и</w:t>
      </w:r>
      <w:r w:rsidRPr="00396EF8">
        <w:rPr>
          <w:rFonts w:cs="Times New Roman"/>
          <w:sz w:val="24"/>
          <w:szCs w:val="24"/>
          <w:lang w:val="ru-RU"/>
        </w:rPr>
        <w:t xml:space="preserve"> </w:t>
      </w:r>
      <w:r w:rsidR="00953409" w:rsidRPr="00396EF8">
        <w:rPr>
          <w:rFonts w:cs="Times New Roman"/>
          <w:sz w:val="24"/>
          <w:szCs w:val="24"/>
          <w:lang w:val="ru-RU"/>
        </w:rPr>
        <w:br/>
      </w:r>
      <w:r w:rsidR="00953409" w:rsidRPr="00396EF8">
        <w:rPr>
          <w:rFonts w:cs="Times New Roman"/>
          <w:b/>
          <w:bCs/>
          <w:sz w:val="24"/>
          <w:szCs w:val="24"/>
          <w:lang w:val="ru-RU"/>
        </w:rPr>
        <w:t xml:space="preserve">№ </w:t>
      </w:r>
      <w:r w:rsidRPr="00396EF8">
        <w:rPr>
          <w:rFonts w:cs="Times New Roman"/>
          <w:sz w:val="24"/>
          <w:szCs w:val="24"/>
          <w:lang w:val="ru-RU"/>
        </w:rPr>
        <w:t xml:space="preserve">дисциплинарные претензии к адвокату </w:t>
      </w:r>
      <w:r w:rsidR="007F66C5">
        <w:rPr>
          <w:rFonts w:cs="Times New Roman"/>
          <w:sz w:val="24"/>
          <w:szCs w:val="24"/>
          <w:lang w:val="ru-RU"/>
        </w:rPr>
        <w:t>К.</w:t>
      </w:r>
      <w:r w:rsidRPr="00396EF8">
        <w:rPr>
          <w:rFonts w:cs="Times New Roman"/>
          <w:sz w:val="24"/>
          <w:szCs w:val="24"/>
          <w:lang w:val="ru-RU"/>
        </w:rPr>
        <w:t xml:space="preserve"> сводились, в частности, к следующему:</w:t>
      </w:r>
    </w:p>
    <w:p w14:paraId="18A20A51"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lastRenderedPageBreak/>
        <w:t>– невыдача квитанции на сумму 2 000 руб. за устную консультацию по договору поручения от 23.05.2025, а также невыдача квитанции об оплате наличными денежными средствами гонорара по договору поручения от 01.02.2024 на сумму 80 000 руб.;</w:t>
      </w:r>
    </w:p>
    <w:p w14:paraId="1B7282F2"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неисполнение адвокатом обязательств по договору поручения от 01.02.2024 в полном объёме и непредоставление акта оказанных услуг;</w:t>
      </w:r>
    </w:p>
    <w:p w14:paraId="13163643"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неэтичное поведение адвоката в суде, подготовка и подача апелляционной жалобы без согласования с доверителем, подделка подписи доверителя на апелляционной жалобе и затягивание изготовления судебных актов;</w:t>
      </w:r>
    </w:p>
    <w:p w14:paraId="562C7298"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невозвращение оригиналов документов и невыдача дополнительного соглашения к договору поручения от 23.05.2025;</w:t>
      </w:r>
    </w:p>
    <w:p w14:paraId="02350B49" w14:textId="77777777" w:rsidR="00292A61" w:rsidRDefault="00723271" w:rsidP="009E1C7D">
      <w:pPr>
        <w:jc w:val="both"/>
        <w:rPr>
          <w:rFonts w:cs="Times New Roman"/>
          <w:sz w:val="24"/>
          <w:szCs w:val="24"/>
          <w:lang w:val="ru-RU"/>
        </w:rPr>
      </w:pPr>
      <w:r w:rsidRPr="00396EF8">
        <w:rPr>
          <w:rFonts w:cs="Times New Roman"/>
          <w:sz w:val="24"/>
          <w:szCs w:val="24"/>
          <w:lang w:val="ru-RU"/>
        </w:rPr>
        <w:t>– профессиональная некомпетентность адвоката при исполнении договора поручения от 23.05.2025, выразившаяся в подготовке и подаче ненадлежащего искового заявления.</w:t>
      </w:r>
    </w:p>
    <w:p w14:paraId="18ACBD83" w14:textId="77777777" w:rsidR="00461AA8" w:rsidRPr="00396EF8" w:rsidRDefault="00461AA8" w:rsidP="009E1C7D">
      <w:pPr>
        <w:jc w:val="both"/>
        <w:rPr>
          <w:rFonts w:cs="Times New Roman"/>
          <w:sz w:val="24"/>
          <w:szCs w:val="24"/>
          <w:lang w:val="ru-RU"/>
        </w:rPr>
      </w:pPr>
    </w:p>
    <w:p w14:paraId="47FEAFBC" w14:textId="1960FDE7" w:rsidR="00292A61" w:rsidRPr="00396EF8" w:rsidRDefault="00723271" w:rsidP="009E1C7D">
      <w:pPr>
        <w:jc w:val="both"/>
        <w:rPr>
          <w:rFonts w:cs="Times New Roman"/>
          <w:sz w:val="24"/>
          <w:szCs w:val="24"/>
          <w:lang w:val="ru-RU"/>
        </w:rPr>
      </w:pPr>
      <w:r w:rsidRPr="00396EF8">
        <w:rPr>
          <w:rFonts w:cs="Times New Roman"/>
          <w:b/>
          <w:bCs/>
          <w:sz w:val="24"/>
          <w:szCs w:val="24"/>
          <w:lang w:val="ru-RU"/>
        </w:rPr>
        <w:t xml:space="preserve">В соответствии с заключением Квалифкомиссии </w:t>
      </w:r>
      <w:r w:rsidRPr="00396EF8">
        <w:rPr>
          <w:rFonts w:cs="Times New Roman"/>
          <w:sz w:val="24"/>
          <w:szCs w:val="24"/>
          <w:lang w:val="ru-RU"/>
        </w:rPr>
        <w:t xml:space="preserve">от 02.04.2026 по </w:t>
      </w:r>
      <w:r w:rsidR="00953409" w:rsidRPr="00396EF8">
        <w:rPr>
          <w:rFonts w:cs="Times New Roman"/>
          <w:sz w:val="24"/>
          <w:szCs w:val="24"/>
          <w:lang w:val="ru-RU"/>
        </w:rPr>
        <w:t xml:space="preserve">объединённому </w:t>
      </w:r>
      <w:r w:rsidRPr="00396EF8">
        <w:rPr>
          <w:rFonts w:cs="Times New Roman"/>
          <w:sz w:val="24"/>
          <w:szCs w:val="24"/>
          <w:lang w:val="ru-RU"/>
        </w:rPr>
        <w:t xml:space="preserve">дисциплинарному производству доводы жалоб </w:t>
      </w:r>
      <w:r w:rsidR="007F66C5">
        <w:rPr>
          <w:rFonts w:cs="Times New Roman"/>
          <w:sz w:val="24"/>
          <w:szCs w:val="24"/>
          <w:lang w:val="ru-RU"/>
        </w:rPr>
        <w:t>К.</w:t>
      </w:r>
      <w:r w:rsidRPr="00396EF8">
        <w:rPr>
          <w:rFonts w:cs="Times New Roman"/>
          <w:sz w:val="24"/>
          <w:szCs w:val="24"/>
          <w:lang w:val="ru-RU"/>
        </w:rPr>
        <w:t xml:space="preserve">Т.В. признаны частично обоснованными. </w:t>
      </w:r>
      <w:proofErr w:type="spellStart"/>
      <w:r w:rsidRPr="00396EF8">
        <w:rPr>
          <w:rFonts w:cs="Times New Roman"/>
          <w:sz w:val="24"/>
          <w:szCs w:val="24"/>
          <w:lang w:val="ru-RU"/>
        </w:rPr>
        <w:t>Квалифкомиссия</w:t>
      </w:r>
      <w:proofErr w:type="spellEnd"/>
      <w:r w:rsidRPr="00396EF8">
        <w:rPr>
          <w:rFonts w:cs="Times New Roman"/>
          <w:sz w:val="24"/>
          <w:szCs w:val="24"/>
          <w:lang w:val="ru-RU"/>
        </w:rPr>
        <w:t xml:space="preserve"> пришла к выводу о наличии в действиях адвоката </w:t>
      </w:r>
      <w:r w:rsidR="00953409" w:rsidRPr="00396EF8">
        <w:rPr>
          <w:rFonts w:cs="Times New Roman"/>
          <w:sz w:val="24"/>
          <w:szCs w:val="24"/>
          <w:lang w:val="ru-RU"/>
        </w:rPr>
        <w:br/>
      </w:r>
      <w:r w:rsidR="007F66C5">
        <w:rPr>
          <w:rFonts w:cs="Times New Roman"/>
          <w:sz w:val="24"/>
          <w:szCs w:val="24"/>
          <w:lang w:val="ru-RU"/>
        </w:rPr>
        <w:t>К.</w:t>
      </w:r>
      <w:r w:rsidRPr="00396EF8">
        <w:rPr>
          <w:rFonts w:cs="Times New Roman"/>
          <w:sz w:val="24"/>
          <w:szCs w:val="24"/>
          <w:lang w:val="ru-RU"/>
        </w:rPr>
        <w:t xml:space="preserve"> нарушения взаимосвязанных требований:</w:t>
      </w:r>
    </w:p>
    <w:p w14:paraId="10A88C54" w14:textId="77777777" w:rsidR="00292A61" w:rsidRPr="00396EF8" w:rsidRDefault="00723271" w:rsidP="009E1C7D">
      <w:pPr>
        <w:jc w:val="both"/>
        <w:rPr>
          <w:rFonts w:cs="Times New Roman"/>
          <w:i/>
          <w:sz w:val="24"/>
          <w:szCs w:val="24"/>
          <w:lang w:val="ru-RU"/>
        </w:rPr>
      </w:pPr>
      <w:r w:rsidRPr="00396EF8">
        <w:rPr>
          <w:rFonts w:cs="Times New Roman"/>
          <w:sz w:val="24"/>
          <w:szCs w:val="24"/>
          <w:lang w:val="ru-RU"/>
        </w:rPr>
        <w:t xml:space="preserve">– подп. 4 п. 1 ст. 7 Федерального закона «Об адвокатской деятельности и адвокатуре в Российской Федерации» (далее также – Закон об адвокатуре): </w:t>
      </w:r>
      <w:r w:rsidRPr="00396EF8">
        <w:rPr>
          <w:rFonts w:cs="Times New Roman"/>
          <w:i/>
          <w:sz w:val="24"/>
          <w:szCs w:val="24"/>
          <w:lang w:val="ru-RU"/>
        </w:rPr>
        <w:t>«Адвокат обязан соблюдать кодекс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r w:rsidR="00B416A2" w:rsidRPr="00396EF8">
        <w:rPr>
          <w:rFonts w:cs="Times New Roman"/>
          <w:i/>
          <w:sz w:val="24"/>
          <w:szCs w:val="24"/>
          <w:lang w:val="ru-RU"/>
        </w:rPr>
        <w:t>;</w:t>
      </w:r>
    </w:p>
    <w:p w14:paraId="2D1C3282" w14:textId="77777777" w:rsidR="00B416A2" w:rsidRPr="00396EF8" w:rsidRDefault="00B416A2" w:rsidP="00B416A2">
      <w:pPr>
        <w:jc w:val="both"/>
        <w:rPr>
          <w:rFonts w:cs="Times New Roman"/>
          <w:i/>
          <w:iCs/>
          <w:sz w:val="24"/>
          <w:szCs w:val="24"/>
          <w:lang w:val="ru-RU"/>
        </w:rPr>
      </w:pPr>
      <w:r w:rsidRPr="00396EF8">
        <w:rPr>
          <w:rFonts w:cs="Times New Roman"/>
          <w:sz w:val="24"/>
          <w:szCs w:val="24"/>
          <w:lang w:val="ru-RU"/>
        </w:rPr>
        <w:t>– п. 7 ст. 35 Закона об адвокатуре: «Решения Федеральной палаты адвокатов и ее органов, принятые в пределах их компетенции, обязательны для всех адвокатских палат и адвокатов»;</w:t>
      </w:r>
    </w:p>
    <w:p w14:paraId="2DCA5D59"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 п. 1 ст. 8 КПЭА: </w:t>
      </w:r>
      <w:r w:rsidRPr="00396EF8">
        <w:rPr>
          <w:rFonts w:cs="Times New Roman"/>
          <w:i/>
          <w:sz w:val="24"/>
          <w:szCs w:val="24"/>
          <w:lang w:val="ru-RU"/>
        </w:rPr>
        <w:t>«При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запрещенными законодательством средствами, руководствуясь Конституцией Российской Федерации, законом и настоящим Кодексом»</w:t>
      </w:r>
      <w:r w:rsidR="00B416A2" w:rsidRPr="00396EF8">
        <w:rPr>
          <w:rFonts w:cs="Times New Roman"/>
          <w:i/>
          <w:sz w:val="24"/>
          <w:szCs w:val="24"/>
          <w:lang w:val="ru-RU"/>
        </w:rPr>
        <w:t>;</w:t>
      </w:r>
    </w:p>
    <w:p w14:paraId="476BFB0B" w14:textId="77777777" w:rsidR="00292A61" w:rsidRPr="00396EF8" w:rsidRDefault="00723271" w:rsidP="009E1C7D">
      <w:pPr>
        <w:jc w:val="both"/>
        <w:rPr>
          <w:rFonts w:cs="Times New Roman"/>
          <w:i/>
          <w:sz w:val="24"/>
          <w:szCs w:val="24"/>
          <w:lang w:val="ru-RU"/>
        </w:rPr>
      </w:pPr>
      <w:r w:rsidRPr="00396EF8">
        <w:rPr>
          <w:rFonts w:cs="Times New Roman"/>
          <w:sz w:val="24"/>
          <w:szCs w:val="24"/>
          <w:lang w:val="ru-RU"/>
        </w:rPr>
        <w:t xml:space="preserve">– п. 6 ст. 15 КПЭА: </w:t>
      </w:r>
      <w:r w:rsidRPr="00396EF8">
        <w:rPr>
          <w:rFonts w:cs="Times New Roman"/>
          <w:i/>
          <w:sz w:val="24"/>
          <w:szCs w:val="24"/>
          <w:lang w:val="ru-RU"/>
        </w:rPr>
        <w:t>«Адвокат обязан выполнять решения органов адвокатской палаты и органов Федеральной палаты адвокатов, принятые в пределах их компетенции»</w:t>
      </w:r>
      <w:r w:rsidR="00953409" w:rsidRPr="00396EF8">
        <w:rPr>
          <w:rFonts w:cs="Times New Roman"/>
          <w:i/>
          <w:sz w:val="24"/>
          <w:szCs w:val="24"/>
          <w:lang w:val="ru-RU"/>
        </w:rPr>
        <w:t>.</w:t>
      </w:r>
    </w:p>
    <w:p w14:paraId="148ABB6D" w14:textId="77777777" w:rsidR="00953409" w:rsidRPr="00396EF8" w:rsidRDefault="00953409" w:rsidP="009E1C7D">
      <w:pPr>
        <w:jc w:val="both"/>
        <w:rPr>
          <w:rFonts w:cs="Times New Roman"/>
          <w:sz w:val="24"/>
          <w:szCs w:val="24"/>
          <w:lang w:val="ru-RU"/>
        </w:rPr>
      </w:pPr>
    </w:p>
    <w:p w14:paraId="294503B0" w14:textId="143D3B6E" w:rsidR="00292A61" w:rsidRPr="00396EF8" w:rsidRDefault="00723271" w:rsidP="009E1C7D">
      <w:pPr>
        <w:jc w:val="both"/>
        <w:rPr>
          <w:rFonts w:cs="Times New Roman"/>
          <w:sz w:val="24"/>
          <w:szCs w:val="24"/>
          <w:lang w:val="ru-RU"/>
        </w:rPr>
      </w:pPr>
      <w:r w:rsidRPr="00396EF8">
        <w:rPr>
          <w:rFonts w:cs="Times New Roman"/>
          <w:b/>
          <w:bCs/>
          <w:sz w:val="24"/>
          <w:szCs w:val="24"/>
          <w:lang w:val="ru-RU"/>
        </w:rPr>
        <w:t>Нарушение</w:t>
      </w:r>
      <w:r w:rsidR="00953409" w:rsidRPr="00396EF8">
        <w:rPr>
          <w:rFonts w:cs="Times New Roman"/>
          <w:b/>
          <w:bCs/>
          <w:sz w:val="24"/>
          <w:szCs w:val="24"/>
          <w:lang w:val="ru-RU"/>
        </w:rPr>
        <w:t xml:space="preserve"> </w:t>
      </w:r>
      <w:r w:rsidRPr="00396EF8">
        <w:rPr>
          <w:rFonts w:cs="Times New Roman"/>
          <w:b/>
          <w:bCs/>
          <w:sz w:val="24"/>
          <w:szCs w:val="24"/>
          <w:lang w:val="ru-RU"/>
        </w:rPr>
        <w:t>выразилось</w:t>
      </w:r>
      <w:r w:rsidRPr="00396EF8">
        <w:rPr>
          <w:rFonts w:cs="Times New Roman"/>
          <w:sz w:val="24"/>
          <w:szCs w:val="24"/>
          <w:lang w:val="ru-RU"/>
        </w:rPr>
        <w:t xml:space="preserve"> в ненадлежащем оформлении адвокатом </w:t>
      </w:r>
      <w:r w:rsidR="007F66C5">
        <w:rPr>
          <w:rFonts w:cs="Times New Roman"/>
          <w:sz w:val="24"/>
          <w:szCs w:val="24"/>
          <w:lang w:val="ru-RU"/>
        </w:rPr>
        <w:t>К.</w:t>
      </w:r>
      <w:r w:rsidR="00953409" w:rsidRPr="00396EF8">
        <w:rPr>
          <w:rFonts w:cs="Times New Roman"/>
          <w:sz w:val="24"/>
          <w:szCs w:val="24"/>
          <w:lang w:val="ru-RU"/>
        </w:rPr>
        <w:t xml:space="preserve"> </w:t>
      </w:r>
      <w:r w:rsidRPr="00396EF8">
        <w:rPr>
          <w:rFonts w:cs="Times New Roman"/>
          <w:sz w:val="24"/>
          <w:szCs w:val="24"/>
          <w:lang w:val="ru-RU"/>
        </w:rPr>
        <w:t xml:space="preserve">получения денежных средств от доверителя, </w:t>
      </w:r>
      <w:r w:rsidR="00953409" w:rsidRPr="00396EF8">
        <w:rPr>
          <w:rFonts w:cs="Times New Roman"/>
          <w:sz w:val="24"/>
          <w:szCs w:val="24"/>
          <w:lang w:val="ru-RU"/>
        </w:rPr>
        <w:t xml:space="preserve">вопреки </w:t>
      </w:r>
      <w:r w:rsidRPr="00396EF8">
        <w:rPr>
          <w:rFonts w:cs="Times New Roman"/>
          <w:sz w:val="24"/>
          <w:szCs w:val="24"/>
          <w:lang w:val="ru-RU"/>
        </w:rPr>
        <w:t>решени</w:t>
      </w:r>
      <w:r w:rsidR="00953409" w:rsidRPr="00396EF8">
        <w:rPr>
          <w:rFonts w:cs="Times New Roman"/>
          <w:sz w:val="24"/>
          <w:szCs w:val="24"/>
          <w:lang w:val="ru-RU"/>
        </w:rPr>
        <w:t>ю</w:t>
      </w:r>
      <w:r w:rsidRPr="00396EF8">
        <w:rPr>
          <w:rFonts w:cs="Times New Roman"/>
          <w:sz w:val="24"/>
          <w:szCs w:val="24"/>
          <w:lang w:val="ru-RU"/>
        </w:rPr>
        <w:t xml:space="preserve"> Совета АП СПб от 04.02.2020 «О порядке оформления соглашений об оказании юридической помощи и их регистрации в документации соответствующих адвокатских образований», а также в неквалифицированном исполнении поручения по договору от 23.05.2025, выразившемся в избрании ненадлежащего способа защиты права преимущественной покупки доли в праве общей собственности.</w:t>
      </w:r>
    </w:p>
    <w:p w14:paraId="61F077D8" w14:textId="7F72699E"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В представлении Главного управления </w:t>
      </w:r>
      <w:r w:rsidRPr="00396EF8">
        <w:rPr>
          <w:rFonts w:cs="Times New Roman"/>
          <w:b/>
          <w:bCs/>
          <w:sz w:val="24"/>
          <w:szCs w:val="24"/>
          <w:lang w:val="ru-RU"/>
        </w:rPr>
        <w:t xml:space="preserve">по дисциплинарному производству </w:t>
      </w:r>
      <w:r w:rsidRPr="00396EF8">
        <w:rPr>
          <w:rFonts w:cs="Times New Roman"/>
          <w:b/>
          <w:bCs/>
          <w:sz w:val="24"/>
          <w:szCs w:val="24"/>
          <w:lang w:val="ru-RU"/>
        </w:rPr>
        <w:br/>
        <w:t xml:space="preserve">№ </w:t>
      </w:r>
      <w:r w:rsidRPr="00396EF8">
        <w:rPr>
          <w:rFonts w:cs="Times New Roman"/>
          <w:sz w:val="24"/>
          <w:szCs w:val="24"/>
          <w:lang w:val="ru-RU"/>
        </w:rPr>
        <w:t xml:space="preserve">основные дисциплинарные претензии к адвокату </w:t>
      </w:r>
      <w:r w:rsidR="007F66C5">
        <w:rPr>
          <w:rFonts w:cs="Times New Roman"/>
          <w:sz w:val="24"/>
          <w:szCs w:val="24"/>
          <w:lang w:val="ru-RU"/>
        </w:rPr>
        <w:t>К.</w:t>
      </w:r>
      <w:r w:rsidRPr="00396EF8">
        <w:rPr>
          <w:rFonts w:cs="Times New Roman"/>
          <w:sz w:val="24"/>
          <w:szCs w:val="24"/>
          <w:lang w:val="ru-RU"/>
        </w:rPr>
        <w:t xml:space="preserve"> сводились к тому, что при оказании юридической помощи </w:t>
      </w:r>
      <w:r w:rsidR="007F66C5">
        <w:rPr>
          <w:rFonts w:cs="Times New Roman"/>
          <w:sz w:val="24"/>
          <w:szCs w:val="24"/>
          <w:lang w:val="ru-RU"/>
        </w:rPr>
        <w:t>К.</w:t>
      </w:r>
      <w:r w:rsidRPr="00396EF8">
        <w:rPr>
          <w:rFonts w:cs="Times New Roman"/>
          <w:sz w:val="24"/>
          <w:szCs w:val="24"/>
          <w:lang w:val="ru-RU"/>
        </w:rPr>
        <w:t xml:space="preserve">Т.В. по договору поручения от 23.05.2025 адвокат осуществлял </w:t>
      </w:r>
      <w:r w:rsidRPr="00396EF8">
        <w:rPr>
          <w:rFonts w:cs="Times New Roman"/>
          <w:sz w:val="24"/>
          <w:szCs w:val="24"/>
          <w:lang w:val="ru-RU"/>
        </w:rPr>
        <w:lastRenderedPageBreak/>
        <w:t>адвокатскую деятельность без надлежащим образом оформленного соглашения, а также не выдал доверителю квитанцию об оплате устной консультации на сумму 2 000 руб.</w:t>
      </w:r>
    </w:p>
    <w:p w14:paraId="61327B66" w14:textId="50301919" w:rsidR="00292A61" w:rsidRPr="00396EF8" w:rsidRDefault="00723271" w:rsidP="009E1C7D">
      <w:pPr>
        <w:jc w:val="both"/>
        <w:rPr>
          <w:rFonts w:cs="Times New Roman"/>
          <w:sz w:val="24"/>
          <w:szCs w:val="24"/>
          <w:lang w:val="ru-RU"/>
        </w:rPr>
      </w:pPr>
      <w:r w:rsidRPr="00396EF8">
        <w:rPr>
          <w:rFonts w:cs="Times New Roman"/>
          <w:b/>
          <w:bCs/>
          <w:sz w:val="24"/>
          <w:szCs w:val="24"/>
          <w:lang w:val="ru-RU"/>
        </w:rPr>
        <w:t>В соответствии с заключением Квалифкомиссии</w:t>
      </w:r>
      <w:r w:rsidRPr="00396EF8">
        <w:rPr>
          <w:rFonts w:cs="Times New Roman"/>
          <w:sz w:val="24"/>
          <w:szCs w:val="24"/>
          <w:lang w:val="ru-RU"/>
        </w:rPr>
        <w:t xml:space="preserve"> от 07.05.2026 по дисциплинарному производству № доводы представления Главного управления признаны обоснованными. Квалифкомиссия пришла к выводу о наличии в действиях адвоката </w:t>
      </w:r>
      <w:r w:rsidR="007F66C5">
        <w:rPr>
          <w:rFonts w:cs="Times New Roman"/>
          <w:sz w:val="24"/>
          <w:szCs w:val="24"/>
          <w:lang w:val="ru-RU"/>
        </w:rPr>
        <w:t>К.</w:t>
      </w:r>
      <w:r w:rsidRPr="00396EF8">
        <w:rPr>
          <w:rFonts w:cs="Times New Roman"/>
          <w:sz w:val="24"/>
          <w:szCs w:val="24"/>
          <w:lang w:val="ru-RU"/>
        </w:rPr>
        <w:t xml:space="preserve"> нарушения </w:t>
      </w:r>
      <w:r w:rsidR="00B416A2" w:rsidRPr="00396EF8">
        <w:rPr>
          <w:rFonts w:cs="Times New Roman"/>
          <w:sz w:val="24"/>
          <w:szCs w:val="24"/>
          <w:lang w:val="ru-RU"/>
        </w:rPr>
        <w:t>положений п. 1 ст. 8 КПЭА (содержание которого было приведено выше)</w:t>
      </w:r>
      <w:r w:rsidRPr="00396EF8">
        <w:rPr>
          <w:rFonts w:cs="Times New Roman"/>
          <w:sz w:val="24"/>
          <w:szCs w:val="24"/>
          <w:lang w:val="ru-RU"/>
        </w:rPr>
        <w:t xml:space="preserve">, </w:t>
      </w:r>
      <w:r w:rsidR="00B416A2" w:rsidRPr="00396EF8">
        <w:rPr>
          <w:rFonts w:cs="Times New Roman"/>
          <w:sz w:val="24"/>
          <w:szCs w:val="24"/>
          <w:lang w:val="ru-RU"/>
        </w:rPr>
        <w:t>выразившегося в</w:t>
      </w:r>
      <w:r w:rsidRPr="00396EF8">
        <w:rPr>
          <w:rFonts w:cs="Times New Roman"/>
          <w:sz w:val="24"/>
          <w:szCs w:val="24"/>
          <w:lang w:val="ru-RU"/>
        </w:rPr>
        <w:t xml:space="preserve"> ненадлежащ</w:t>
      </w:r>
      <w:r w:rsidR="00B416A2" w:rsidRPr="00396EF8">
        <w:rPr>
          <w:rFonts w:cs="Times New Roman"/>
          <w:sz w:val="24"/>
          <w:szCs w:val="24"/>
          <w:lang w:val="ru-RU"/>
        </w:rPr>
        <w:t>е</w:t>
      </w:r>
      <w:r w:rsidRPr="00396EF8">
        <w:rPr>
          <w:rFonts w:cs="Times New Roman"/>
          <w:sz w:val="24"/>
          <w:szCs w:val="24"/>
          <w:lang w:val="ru-RU"/>
        </w:rPr>
        <w:t>м оформлени</w:t>
      </w:r>
      <w:r w:rsidR="00B416A2" w:rsidRPr="00396EF8">
        <w:rPr>
          <w:rFonts w:cs="Times New Roman"/>
          <w:sz w:val="24"/>
          <w:szCs w:val="24"/>
          <w:lang w:val="ru-RU"/>
        </w:rPr>
        <w:t>и адвокатом</w:t>
      </w:r>
      <w:r w:rsidRPr="00396EF8">
        <w:rPr>
          <w:rFonts w:cs="Times New Roman"/>
          <w:sz w:val="24"/>
          <w:szCs w:val="24"/>
          <w:lang w:val="ru-RU"/>
        </w:rPr>
        <w:t xml:space="preserve"> соглашения об оказании юридической помощи и оплаты устной консультации.</w:t>
      </w:r>
    </w:p>
    <w:p w14:paraId="68B4E167" w14:textId="77777777" w:rsidR="00953409" w:rsidRPr="00396EF8" w:rsidRDefault="00953409" w:rsidP="009E1C7D">
      <w:pPr>
        <w:jc w:val="both"/>
        <w:rPr>
          <w:rFonts w:cs="Times New Roman"/>
          <w:sz w:val="24"/>
          <w:szCs w:val="24"/>
          <w:lang w:val="ru-RU"/>
        </w:rPr>
      </w:pPr>
    </w:p>
    <w:p w14:paraId="7E381517"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Участники дисциплинарных производств в порядке, предусмотренном п. 3 ст. 24 КПЭА, письменные заявления о несогласии с заключениями Квалифкомиссии или их поддержке в Совет АП СПб</w:t>
      </w:r>
      <w:r w:rsidR="00AC30C0" w:rsidRPr="00396EF8">
        <w:rPr>
          <w:rFonts w:cs="Times New Roman"/>
          <w:sz w:val="24"/>
          <w:szCs w:val="24"/>
          <w:lang w:val="ru-RU"/>
        </w:rPr>
        <w:t xml:space="preserve"> не направили</w:t>
      </w:r>
      <w:r w:rsidRPr="00396EF8">
        <w:rPr>
          <w:rFonts w:cs="Times New Roman"/>
          <w:sz w:val="24"/>
          <w:szCs w:val="24"/>
          <w:lang w:val="ru-RU"/>
        </w:rPr>
        <w:t>.</w:t>
      </w:r>
    </w:p>
    <w:p w14:paraId="0C24170D" w14:textId="77777777" w:rsidR="00AC30C0" w:rsidRPr="00396EF8" w:rsidRDefault="00AC30C0" w:rsidP="009E1C7D">
      <w:pPr>
        <w:jc w:val="both"/>
        <w:rPr>
          <w:rFonts w:cs="Times New Roman"/>
          <w:sz w:val="24"/>
          <w:szCs w:val="24"/>
          <w:lang w:val="ru-RU"/>
        </w:rPr>
      </w:pPr>
    </w:p>
    <w:p w14:paraId="5F94F309" w14:textId="77777777" w:rsidR="00AC30C0" w:rsidRPr="00396EF8" w:rsidRDefault="00AC30C0" w:rsidP="009E1C7D">
      <w:pPr>
        <w:jc w:val="both"/>
        <w:rPr>
          <w:rFonts w:cs="Times New Roman"/>
          <w:sz w:val="24"/>
          <w:szCs w:val="24"/>
          <w:lang w:val="ru-RU"/>
        </w:rPr>
      </w:pPr>
      <w:r w:rsidRPr="00396EF8">
        <w:rPr>
          <w:rFonts w:cs="Times New Roman"/>
          <w:sz w:val="24"/>
          <w:szCs w:val="24"/>
          <w:lang w:val="ru-RU"/>
        </w:rPr>
        <w:t>Участники дисциплинарных производств о назначении разбирательства в Совете АП СПб на 11.06.2026 были извещены надлежащим образом.</w:t>
      </w:r>
    </w:p>
    <w:p w14:paraId="703C8BA4" w14:textId="754A059E" w:rsidR="00AC30C0" w:rsidRPr="00396EF8" w:rsidRDefault="00AC30C0" w:rsidP="009E1C7D">
      <w:pPr>
        <w:jc w:val="both"/>
        <w:rPr>
          <w:rFonts w:cs="Times New Roman"/>
          <w:sz w:val="24"/>
          <w:szCs w:val="24"/>
          <w:lang w:val="ru-RU"/>
        </w:rPr>
      </w:pPr>
      <w:r w:rsidRPr="00396EF8">
        <w:rPr>
          <w:rFonts w:cs="Times New Roman"/>
          <w:sz w:val="24"/>
          <w:szCs w:val="24"/>
          <w:lang w:val="ru-RU"/>
        </w:rPr>
        <w:t xml:space="preserve">Заявитель </w:t>
      </w:r>
      <w:r w:rsidR="007F66C5">
        <w:rPr>
          <w:rFonts w:cs="Times New Roman"/>
          <w:sz w:val="24"/>
          <w:szCs w:val="24"/>
          <w:lang w:val="ru-RU"/>
        </w:rPr>
        <w:t>К.</w:t>
      </w:r>
      <w:r w:rsidRPr="00396EF8">
        <w:rPr>
          <w:rFonts w:cs="Times New Roman"/>
          <w:sz w:val="24"/>
          <w:szCs w:val="24"/>
          <w:lang w:val="ru-RU"/>
        </w:rPr>
        <w:t xml:space="preserve">Т.В. и адвокат </w:t>
      </w:r>
      <w:r w:rsidR="007F66C5">
        <w:rPr>
          <w:rFonts w:cs="Times New Roman"/>
          <w:sz w:val="24"/>
          <w:szCs w:val="24"/>
          <w:lang w:val="ru-RU"/>
        </w:rPr>
        <w:t>К.</w:t>
      </w:r>
      <w:r w:rsidRPr="00396EF8">
        <w:rPr>
          <w:rFonts w:cs="Times New Roman"/>
          <w:sz w:val="24"/>
          <w:szCs w:val="24"/>
          <w:lang w:val="ru-RU"/>
        </w:rPr>
        <w:t xml:space="preserve"> на заседание не явились, представителей не направили, об отложении слушания дела не ходатайствовали.</w:t>
      </w:r>
    </w:p>
    <w:p w14:paraId="5DC5F794" w14:textId="431A0AE1" w:rsidR="00AC30C0" w:rsidRPr="00396EF8" w:rsidRDefault="00AC30C0" w:rsidP="009E1C7D">
      <w:pPr>
        <w:jc w:val="both"/>
        <w:rPr>
          <w:rFonts w:cs="Times New Roman"/>
          <w:sz w:val="24"/>
          <w:szCs w:val="24"/>
          <w:lang w:val="ru-RU"/>
        </w:rPr>
      </w:pPr>
      <w:r w:rsidRPr="00396EF8">
        <w:rPr>
          <w:rFonts w:cs="Times New Roman"/>
          <w:sz w:val="24"/>
          <w:szCs w:val="24"/>
          <w:lang w:val="ru-RU"/>
        </w:rPr>
        <w:t xml:space="preserve">Представитель заявителя – Главного управления – </w:t>
      </w:r>
      <w:r w:rsidR="007F66C5">
        <w:rPr>
          <w:rFonts w:cs="Times New Roman"/>
          <w:sz w:val="24"/>
          <w:szCs w:val="24"/>
          <w:lang w:val="ru-RU"/>
        </w:rPr>
        <w:t>Ж.</w:t>
      </w:r>
      <w:r w:rsidRPr="00396EF8">
        <w:rPr>
          <w:rFonts w:cs="Times New Roman"/>
          <w:sz w:val="24"/>
          <w:szCs w:val="24"/>
          <w:lang w:val="ru-RU"/>
        </w:rPr>
        <w:t>Н.А. на заседание Совета явилась, выразила поддержку доводам представления и заключению Квалифкомиссии.</w:t>
      </w:r>
    </w:p>
    <w:p w14:paraId="0EB7E347" w14:textId="77777777" w:rsidR="00953409" w:rsidRPr="00396EF8" w:rsidRDefault="00953409" w:rsidP="009E1C7D">
      <w:pPr>
        <w:jc w:val="both"/>
        <w:rPr>
          <w:rFonts w:cs="Times New Roman"/>
          <w:sz w:val="24"/>
          <w:szCs w:val="24"/>
          <w:lang w:val="ru-RU"/>
        </w:rPr>
      </w:pPr>
    </w:p>
    <w:p w14:paraId="3F96CD98" w14:textId="076B6DC2"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Рассмотрев материалы дисциплинарных производств, </w:t>
      </w:r>
      <w:r w:rsidR="00396EF8" w:rsidRPr="00396EF8">
        <w:rPr>
          <w:rFonts w:cs="Times New Roman"/>
          <w:sz w:val="24"/>
          <w:szCs w:val="24"/>
          <w:lang w:val="ru-RU"/>
        </w:rPr>
        <w:t xml:space="preserve">выслушав представителя заявителя, </w:t>
      </w:r>
      <w:r w:rsidRPr="00396EF8">
        <w:rPr>
          <w:rFonts w:cs="Times New Roman"/>
          <w:sz w:val="24"/>
          <w:szCs w:val="24"/>
          <w:lang w:val="ru-RU"/>
        </w:rPr>
        <w:t xml:space="preserve">изучив заключения Квалифкомиссии, </w:t>
      </w:r>
      <w:r w:rsidRPr="00396EF8">
        <w:rPr>
          <w:rFonts w:cs="Times New Roman"/>
          <w:b/>
          <w:bCs/>
          <w:sz w:val="24"/>
          <w:szCs w:val="24"/>
          <w:lang w:val="ru-RU"/>
        </w:rPr>
        <w:t>Совет АП СПб приходит к следующему</w:t>
      </w:r>
      <w:r w:rsidRPr="00396EF8">
        <w:rPr>
          <w:rFonts w:cs="Times New Roman"/>
          <w:sz w:val="24"/>
          <w:szCs w:val="24"/>
          <w:lang w:val="ru-RU"/>
        </w:rPr>
        <w:t>.</w:t>
      </w:r>
    </w:p>
    <w:p w14:paraId="175A1FE8" w14:textId="77777777" w:rsidR="00953409" w:rsidRPr="00396EF8" w:rsidRDefault="00953409" w:rsidP="009E1C7D">
      <w:pPr>
        <w:jc w:val="both"/>
        <w:rPr>
          <w:rFonts w:cs="Times New Roman"/>
          <w:sz w:val="24"/>
          <w:szCs w:val="24"/>
          <w:lang w:val="ru-RU"/>
        </w:rPr>
      </w:pPr>
    </w:p>
    <w:p w14:paraId="7786B908" w14:textId="083EEE8B"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Поскольку </w:t>
      </w:r>
      <w:r w:rsidR="00953409" w:rsidRPr="00396EF8">
        <w:rPr>
          <w:rFonts w:cs="Times New Roman"/>
          <w:sz w:val="24"/>
          <w:szCs w:val="24"/>
          <w:lang w:val="ru-RU"/>
        </w:rPr>
        <w:t xml:space="preserve">объединённое </w:t>
      </w:r>
      <w:proofErr w:type="spellStart"/>
      <w:r w:rsidR="00953409" w:rsidRPr="00396EF8">
        <w:rPr>
          <w:rFonts w:cs="Times New Roman"/>
          <w:sz w:val="24"/>
          <w:szCs w:val="24"/>
          <w:lang w:val="ru-RU"/>
        </w:rPr>
        <w:t>Квалифкомиссией</w:t>
      </w:r>
      <w:proofErr w:type="spellEnd"/>
      <w:r w:rsidR="00953409" w:rsidRPr="00396EF8">
        <w:rPr>
          <w:rFonts w:cs="Times New Roman"/>
          <w:sz w:val="24"/>
          <w:szCs w:val="24"/>
          <w:lang w:val="ru-RU"/>
        </w:rPr>
        <w:t xml:space="preserve"> </w:t>
      </w:r>
      <w:r w:rsidRPr="00396EF8">
        <w:rPr>
          <w:rFonts w:cs="Times New Roman"/>
          <w:sz w:val="24"/>
          <w:szCs w:val="24"/>
          <w:lang w:val="ru-RU"/>
        </w:rPr>
        <w:t>дисциплинарн</w:t>
      </w:r>
      <w:r w:rsidR="00953409" w:rsidRPr="00396EF8">
        <w:rPr>
          <w:rFonts w:cs="Times New Roman"/>
          <w:sz w:val="24"/>
          <w:szCs w:val="24"/>
          <w:lang w:val="ru-RU"/>
        </w:rPr>
        <w:t>о</w:t>
      </w:r>
      <w:r w:rsidRPr="00396EF8">
        <w:rPr>
          <w:rFonts w:cs="Times New Roman"/>
          <w:sz w:val="24"/>
          <w:szCs w:val="24"/>
          <w:lang w:val="ru-RU"/>
        </w:rPr>
        <w:t>е производств</w:t>
      </w:r>
      <w:r w:rsidR="00953409" w:rsidRPr="00396EF8">
        <w:rPr>
          <w:rFonts w:cs="Times New Roman"/>
          <w:sz w:val="24"/>
          <w:szCs w:val="24"/>
          <w:lang w:val="ru-RU"/>
        </w:rPr>
        <w:t>о</w:t>
      </w:r>
      <w:r w:rsidRPr="00396EF8">
        <w:rPr>
          <w:rFonts w:cs="Times New Roman"/>
          <w:sz w:val="24"/>
          <w:szCs w:val="24"/>
          <w:lang w:val="ru-RU"/>
        </w:rPr>
        <w:t xml:space="preserve"> и </w:t>
      </w:r>
      <w:r w:rsidR="00953409" w:rsidRPr="00396EF8">
        <w:rPr>
          <w:rFonts w:cs="Times New Roman"/>
          <w:sz w:val="24"/>
          <w:szCs w:val="24"/>
          <w:lang w:val="ru-RU"/>
        </w:rPr>
        <w:t xml:space="preserve">дисциплинарное производство </w:t>
      </w:r>
      <w:r w:rsidRPr="00396EF8">
        <w:rPr>
          <w:rFonts w:cs="Times New Roman"/>
          <w:sz w:val="24"/>
          <w:szCs w:val="24"/>
          <w:lang w:val="ru-RU"/>
        </w:rPr>
        <w:t xml:space="preserve">№ возбуждены в отношении одного и того же адвоката </w:t>
      </w:r>
      <w:r w:rsidR="007F66C5">
        <w:rPr>
          <w:rFonts w:cs="Times New Roman"/>
          <w:sz w:val="24"/>
          <w:szCs w:val="24"/>
          <w:lang w:val="ru-RU"/>
        </w:rPr>
        <w:t>К.</w:t>
      </w:r>
      <w:r w:rsidRPr="00396EF8">
        <w:rPr>
          <w:rFonts w:cs="Times New Roman"/>
          <w:sz w:val="24"/>
          <w:szCs w:val="24"/>
          <w:lang w:val="ru-RU"/>
        </w:rPr>
        <w:t xml:space="preserve">, связаны с оказанием им юридической помощи одной и той же доверительнице </w:t>
      </w:r>
      <w:r w:rsidR="007F66C5">
        <w:rPr>
          <w:rFonts w:cs="Times New Roman"/>
          <w:sz w:val="24"/>
          <w:szCs w:val="24"/>
          <w:lang w:val="ru-RU"/>
        </w:rPr>
        <w:t>К.</w:t>
      </w:r>
      <w:r w:rsidRPr="00396EF8">
        <w:rPr>
          <w:rFonts w:cs="Times New Roman"/>
          <w:sz w:val="24"/>
          <w:szCs w:val="24"/>
          <w:lang w:val="ru-RU"/>
        </w:rPr>
        <w:t xml:space="preserve">Т.В., а также частично основаны на совпадающих фактических обстоятельствах, касающихся договора поручения от 23.05.2025, оплаты устной консультации и порядка оформления договорных отношений, Совет АП СПб в соответствии с п. 2.1 ст. 20 КПЭА принимает решение об объединении </w:t>
      </w:r>
      <w:r w:rsidR="00953409" w:rsidRPr="00396EF8">
        <w:rPr>
          <w:rFonts w:cs="Times New Roman"/>
          <w:sz w:val="24"/>
          <w:szCs w:val="24"/>
          <w:lang w:val="ru-RU"/>
        </w:rPr>
        <w:t xml:space="preserve">указанных </w:t>
      </w:r>
      <w:r w:rsidRPr="00396EF8">
        <w:rPr>
          <w:rFonts w:cs="Times New Roman"/>
          <w:sz w:val="24"/>
          <w:szCs w:val="24"/>
          <w:lang w:val="ru-RU"/>
        </w:rPr>
        <w:t>дисциплинарных производств в одно для совместного рассмотрения. Такая форма объединённого рассмотрения, по мнению Совета АП СПб, в наибольшей степени отвечает требованиям объективности и справедливости дисциплинарного разбирательства, предусмотренным п. 3 ст. 19 КПЭА.</w:t>
      </w:r>
    </w:p>
    <w:p w14:paraId="06755920" w14:textId="77777777" w:rsidR="00953409" w:rsidRPr="00396EF8" w:rsidRDefault="00953409" w:rsidP="009E1C7D">
      <w:pPr>
        <w:jc w:val="both"/>
        <w:rPr>
          <w:rFonts w:cs="Times New Roman"/>
          <w:sz w:val="24"/>
          <w:szCs w:val="24"/>
          <w:lang w:val="ru-RU"/>
        </w:rPr>
      </w:pPr>
    </w:p>
    <w:p w14:paraId="5EE8E5C8" w14:textId="77777777" w:rsidR="00292A61" w:rsidRPr="00396EF8" w:rsidRDefault="00723271" w:rsidP="009E1C7D">
      <w:pPr>
        <w:jc w:val="both"/>
        <w:rPr>
          <w:rFonts w:cs="Times New Roman"/>
          <w:sz w:val="24"/>
          <w:szCs w:val="24"/>
          <w:lang w:val="ru-RU"/>
        </w:rPr>
      </w:pPr>
      <w:r w:rsidRPr="00396EF8">
        <w:rPr>
          <w:rFonts w:cs="Times New Roman"/>
          <w:b/>
          <w:bCs/>
          <w:sz w:val="24"/>
          <w:szCs w:val="24"/>
          <w:lang w:val="ru-RU"/>
        </w:rPr>
        <w:t>А.</w:t>
      </w:r>
      <w:r w:rsidRPr="00396EF8">
        <w:rPr>
          <w:rFonts w:cs="Times New Roman"/>
          <w:sz w:val="24"/>
          <w:szCs w:val="24"/>
          <w:lang w:val="ru-RU"/>
        </w:rPr>
        <w:t xml:space="preserve"> По дисциплинарным претензиям, рассмотренным </w:t>
      </w:r>
      <w:proofErr w:type="spellStart"/>
      <w:r w:rsidRPr="00396EF8">
        <w:rPr>
          <w:rFonts w:cs="Times New Roman"/>
          <w:sz w:val="24"/>
          <w:szCs w:val="24"/>
          <w:lang w:val="ru-RU"/>
        </w:rPr>
        <w:t>Квалифкомиссией</w:t>
      </w:r>
      <w:proofErr w:type="spellEnd"/>
      <w:r w:rsidRPr="00396EF8">
        <w:rPr>
          <w:rFonts w:cs="Times New Roman"/>
          <w:sz w:val="24"/>
          <w:szCs w:val="24"/>
          <w:lang w:val="ru-RU"/>
        </w:rPr>
        <w:t xml:space="preserve"> в заключении от 02.04.2026 по </w:t>
      </w:r>
      <w:r w:rsidR="00953409" w:rsidRPr="00396EF8">
        <w:rPr>
          <w:rFonts w:cs="Times New Roman"/>
          <w:sz w:val="24"/>
          <w:szCs w:val="24"/>
          <w:lang w:val="ru-RU"/>
        </w:rPr>
        <w:t xml:space="preserve">объединённому </w:t>
      </w:r>
      <w:r w:rsidRPr="00396EF8">
        <w:rPr>
          <w:rFonts w:cs="Times New Roman"/>
          <w:sz w:val="24"/>
          <w:szCs w:val="24"/>
          <w:lang w:val="ru-RU"/>
        </w:rPr>
        <w:t>дисциплинарному производству.</w:t>
      </w:r>
    </w:p>
    <w:p w14:paraId="27C41C99" w14:textId="697907A8" w:rsidR="00292A61" w:rsidRPr="00396EF8" w:rsidRDefault="00723271" w:rsidP="009E1C7D">
      <w:pPr>
        <w:jc w:val="both"/>
        <w:rPr>
          <w:rFonts w:cs="Times New Roman"/>
          <w:sz w:val="24"/>
          <w:szCs w:val="24"/>
          <w:lang w:val="ru-RU"/>
        </w:rPr>
      </w:pPr>
      <w:r w:rsidRPr="00396EF8">
        <w:rPr>
          <w:rFonts w:cs="Times New Roman"/>
          <w:b/>
          <w:bCs/>
          <w:sz w:val="24"/>
          <w:szCs w:val="24"/>
          <w:lang w:val="ru-RU"/>
        </w:rPr>
        <w:t>1.</w:t>
      </w:r>
      <w:r w:rsidRPr="00396EF8">
        <w:rPr>
          <w:rFonts w:cs="Times New Roman"/>
          <w:sz w:val="24"/>
          <w:szCs w:val="24"/>
          <w:lang w:val="ru-RU"/>
        </w:rPr>
        <w:t xml:space="preserve"> Относительно доводов жалоб о неисполнении адвокатом </w:t>
      </w:r>
      <w:r w:rsidR="007F66C5">
        <w:rPr>
          <w:rFonts w:cs="Times New Roman"/>
          <w:sz w:val="24"/>
          <w:szCs w:val="24"/>
          <w:lang w:val="ru-RU"/>
        </w:rPr>
        <w:t>К.</w:t>
      </w:r>
      <w:r w:rsidRPr="00396EF8">
        <w:rPr>
          <w:rFonts w:cs="Times New Roman"/>
          <w:sz w:val="24"/>
          <w:szCs w:val="24"/>
          <w:lang w:val="ru-RU"/>
        </w:rPr>
        <w:t xml:space="preserve"> обязательств по договору поручения от 01.02.2024 в полном объёме и непредоставлении акта оказанных услуг.</w:t>
      </w:r>
    </w:p>
    <w:p w14:paraId="2989E57C" w14:textId="746EA9C3"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Совет АП СПб соглашается с выводом Квалифкомиссии о том, что в данной части презумпция добросовестности адвоката </w:t>
      </w:r>
      <w:r w:rsidR="007F66C5">
        <w:rPr>
          <w:rFonts w:cs="Times New Roman"/>
          <w:sz w:val="24"/>
          <w:szCs w:val="24"/>
          <w:lang w:val="ru-RU"/>
        </w:rPr>
        <w:t>К.</w:t>
      </w:r>
      <w:r w:rsidRPr="00396EF8">
        <w:rPr>
          <w:rFonts w:cs="Times New Roman"/>
          <w:sz w:val="24"/>
          <w:szCs w:val="24"/>
          <w:lang w:val="ru-RU"/>
        </w:rPr>
        <w:t xml:space="preserve"> не опровергнута. Как установила Квалифкомиссия, предметом договора поручения от 01.02.2024 являлось ведение гражданского дела в Октябрьском районном суде Санкт-Петербурга о возмещении ущерба, причинённого жилому </w:t>
      </w:r>
      <w:r w:rsidRPr="00396EF8">
        <w:rPr>
          <w:rFonts w:cs="Times New Roman"/>
          <w:sz w:val="24"/>
          <w:szCs w:val="24"/>
          <w:lang w:val="ru-RU"/>
        </w:rPr>
        <w:lastRenderedPageBreak/>
        <w:t xml:space="preserve">помещению </w:t>
      </w:r>
      <w:r w:rsidR="007F66C5">
        <w:rPr>
          <w:rFonts w:cs="Times New Roman"/>
          <w:sz w:val="24"/>
          <w:szCs w:val="24"/>
          <w:lang w:val="ru-RU"/>
        </w:rPr>
        <w:t>К.</w:t>
      </w:r>
      <w:r w:rsidRPr="00396EF8">
        <w:rPr>
          <w:rFonts w:cs="Times New Roman"/>
          <w:sz w:val="24"/>
          <w:szCs w:val="24"/>
          <w:lang w:val="ru-RU"/>
        </w:rPr>
        <w:t xml:space="preserve">Т.В. ремонтными работами в вышерасположенной квартире. В соответствии с условиями договора моментом выполнения поручения и окончания договора являлось вынесение решения судом первой </w:t>
      </w:r>
      <w:proofErr w:type="gramStart"/>
      <w:r w:rsidRPr="00396EF8">
        <w:rPr>
          <w:rFonts w:cs="Times New Roman"/>
          <w:sz w:val="24"/>
          <w:szCs w:val="24"/>
          <w:lang w:val="ru-RU"/>
        </w:rPr>
        <w:t>инстанции</w:t>
      </w:r>
      <w:proofErr w:type="gramEnd"/>
      <w:r w:rsidRPr="00396EF8">
        <w:rPr>
          <w:rFonts w:cs="Times New Roman"/>
          <w:sz w:val="24"/>
          <w:szCs w:val="24"/>
          <w:lang w:val="ru-RU"/>
        </w:rPr>
        <w:t xml:space="preserve"> по существу. Решением Октябрьского районного суда Санкт-Петербурга от 17.03.2025 исковые требования </w:t>
      </w:r>
      <w:r w:rsidR="007F66C5">
        <w:rPr>
          <w:rFonts w:cs="Times New Roman"/>
          <w:sz w:val="24"/>
          <w:szCs w:val="24"/>
          <w:lang w:val="ru-RU"/>
        </w:rPr>
        <w:t>К.</w:t>
      </w:r>
      <w:r w:rsidRPr="00396EF8">
        <w:rPr>
          <w:rFonts w:cs="Times New Roman"/>
          <w:sz w:val="24"/>
          <w:szCs w:val="24"/>
          <w:lang w:val="ru-RU"/>
        </w:rPr>
        <w:t>Т.В. были удовлетворены частично.</w:t>
      </w:r>
    </w:p>
    <w:p w14:paraId="2A359FF6" w14:textId="5F52DE85"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Само по себе частичное удовлетворение судом исковых требований не свидетельствует о неисполнении адвокатом своих обязательств по договору поручения. Доказательств того, что адвокат </w:t>
      </w:r>
      <w:r w:rsidR="007F66C5">
        <w:rPr>
          <w:rFonts w:cs="Times New Roman"/>
          <w:sz w:val="24"/>
          <w:szCs w:val="24"/>
          <w:lang w:val="ru-RU"/>
        </w:rPr>
        <w:t>К.</w:t>
      </w:r>
      <w:r w:rsidRPr="00396EF8">
        <w:rPr>
          <w:rFonts w:cs="Times New Roman"/>
          <w:sz w:val="24"/>
          <w:szCs w:val="24"/>
          <w:lang w:val="ru-RU"/>
        </w:rPr>
        <w:t xml:space="preserve"> не исполнил конкретные согласованные обязанности по договору от 01.02.2024 до момента вынесения решения судом первой инстанции, материалы дисциплинарного производства не содержат. Обязательное составление акта оказанных услуг условиями договора не предусмотрено, а доказательств обращения доверителя к адвокату с письменной просьбой о предоставлении отчёта по договору от 01.02.2024 </w:t>
      </w:r>
      <w:proofErr w:type="spellStart"/>
      <w:r w:rsidRPr="00396EF8">
        <w:rPr>
          <w:rFonts w:cs="Times New Roman"/>
          <w:sz w:val="24"/>
          <w:szCs w:val="24"/>
          <w:lang w:val="ru-RU"/>
        </w:rPr>
        <w:t>Квалифкомиссией</w:t>
      </w:r>
      <w:proofErr w:type="spellEnd"/>
      <w:r w:rsidRPr="00396EF8">
        <w:rPr>
          <w:rFonts w:cs="Times New Roman"/>
          <w:sz w:val="24"/>
          <w:szCs w:val="24"/>
          <w:lang w:val="ru-RU"/>
        </w:rPr>
        <w:t xml:space="preserve"> не установлено.</w:t>
      </w:r>
    </w:p>
    <w:p w14:paraId="66467901" w14:textId="6E558DD9" w:rsidR="00292A61" w:rsidRDefault="00723271" w:rsidP="009E1C7D">
      <w:pPr>
        <w:jc w:val="both"/>
        <w:rPr>
          <w:rFonts w:cs="Times New Roman"/>
          <w:sz w:val="24"/>
          <w:szCs w:val="24"/>
          <w:lang w:val="ru-RU"/>
        </w:rPr>
      </w:pPr>
      <w:r w:rsidRPr="00396EF8">
        <w:rPr>
          <w:rFonts w:cs="Times New Roman"/>
          <w:sz w:val="24"/>
          <w:szCs w:val="24"/>
          <w:lang w:val="ru-RU"/>
        </w:rPr>
        <w:t xml:space="preserve">При таких обстоятельствах </w:t>
      </w:r>
      <w:r w:rsidRPr="00396EF8">
        <w:rPr>
          <w:rFonts w:cs="Times New Roman"/>
          <w:b/>
          <w:bCs/>
          <w:sz w:val="24"/>
          <w:szCs w:val="24"/>
          <w:lang w:val="ru-RU"/>
        </w:rPr>
        <w:t>дисциплинарное производство в указанной части</w:t>
      </w:r>
      <w:r w:rsidRPr="00396EF8">
        <w:rPr>
          <w:rFonts w:cs="Times New Roman"/>
          <w:sz w:val="24"/>
          <w:szCs w:val="24"/>
          <w:lang w:val="ru-RU"/>
        </w:rPr>
        <w:t xml:space="preserve"> </w:t>
      </w:r>
      <w:r w:rsidRPr="00396EF8">
        <w:rPr>
          <w:rFonts w:cs="Times New Roman"/>
          <w:b/>
          <w:bCs/>
          <w:sz w:val="24"/>
          <w:szCs w:val="24"/>
          <w:lang w:val="ru-RU"/>
        </w:rPr>
        <w:t>подлежит прекращению</w:t>
      </w:r>
      <w:r w:rsidRPr="00396EF8">
        <w:rPr>
          <w:rFonts w:cs="Times New Roman"/>
          <w:sz w:val="24"/>
          <w:szCs w:val="24"/>
          <w:lang w:val="ru-RU"/>
        </w:rPr>
        <w:t xml:space="preserve"> вследствие отсутствия в действиях (бездействии) адвоката </w:t>
      </w:r>
      <w:r w:rsidR="00953409" w:rsidRPr="00396EF8">
        <w:rPr>
          <w:rFonts w:cs="Times New Roman"/>
          <w:sz w:val="24"/>
          <w:szCs w:val="24"/>
          <w:lang w:val="ru-RU"/>
        </w:rPr>
        <w:br/>
      </w:r>
      <w:r w:rsidR="007F66C5">
        <w:rPr>
          <w:rFonts w:cs="Times New Roman"/>
          <w:sz w:val="24"/>
          <w:szCs w:val="24"/>
          <w:lang w:val="ru-RU"/>
        </w:rPr>
        <w:t>К.</w:t>
      </w:r>
      <w:r w:rsidRPr="00396EF8">
        <w:rPr>
          <w:rFonts w:cs="Times New Roman"/>
          <w:sz w:val="24"/>
          <w:szCs w:val="24"/>
          <w:lang w:val="ru-RU"/>
        </w:rPr>
        <w:t xml:space="preserve"> нарушения норм законодательства об адвокатской деятельности и адвокатуре, включая КПЭА.</w:t>
      </w:r>
    </w:p>
    <w:p w14:paraId="29F06D30" w14:textId="77777777" w:rsidR="00282099" w:rsidRPr="00396EF8" w:rsidRDefault="00282099" w:rsidP="009E1C7D">
      <w:pPr>
        <w:jc w:val="both"/>
        <w:rPr>
          <w:rFonts w:cs="Times New Roman"/>
          <w:sz w:val="24"/>
          <w:szCs w:val="24"/>
          <w:lang w:val="ru-RU"/>
        </w:rPr>
      </w:pPr>
    </w:p>
    <w:p w14:paraId="389D16FF" w14:textId="3A5AC86D" w:rsidR="00292A61" w:rsidRPr="00396EF8" w:rsidRDefault="00723271" w:rsidP="009E1C7D">
      <w:pPr>
        <w:jc w:val="both"/>
        <w:rPr>
          <w:rFonts w:cs="Times New Roman"/>
          <w:sz w:val="24"/>
          <w:szCs w:val="24"/>
          <w:lang w:val="ru-RU"/>
        </w:rPr>
      </w:pPr>
      <w:r w:rsidRPr="00396EF8">
        <w:rPr>
          <w:rFonts w:cs="Times New Roman"/>
          <w:b/>
          <w:bCs/>
          <w:sz w:val="24"/>
          <w:szCs w:val="24"/>
          <w:lang w:val="ru-RU"/>
        </w:rPr>
        <w:t>2.</w:t>
      </w:r>
      <w:r w:rsidRPr="00396EF8">
        <w:rPr>
          <w:rFonts w:cs="Times New Roman"/>
          <w:sz w:val="24"/>
          <w:szCs w:val="24"/>
          <w:lang w:val="ru-RU"/>
        </w:rPr>
        <w:t xml:space="preserve"> Относительно доводов жалоб о неэтичном поведении адвоката </w:t>
      </w:r>
      <w:r w:rsidR="007F66C5">
        <w:rPr>
          <w:rFonts w:cs="Times New Roman"/>
          <w:sz w:val="24"/>
          <w:szCs w:val="24"/>
          <w:lang w:val="ru-RU"/>
        </w:rPr>
        <w:t>К.</w:t>
      </w:r>
      <w:r w:rsidR="00953409" w:rsidRPr="00396EF8">
        <w:rPr>
          <w:rFonts w:cs="Times New Roman"/>
          <w:sz w:val="24"/>
          <w:szCs w:val="24"/>
          <w:lang w:val="ru-RU"/>
        </w:rPr>
        <w:t xml:space="preserve"> </w:t>
      </w:r>
      <w:r w:rsidRPr="00396EF8">
        <w:rPr>
          <w:rFonts w:cs="Times New Roman"/>
          <w:sz w:val="24"/>
          <w:szCs w:val="24"/>
          <w:lang w:val="ru-RU"/>
        </w:rPr>
        <w:t>в суде, подготовке апелляционной жалобы без согласования с доверителем, подделке подписи доверителя и намеренном затягивании изготовления судебных актов.</w:t>
      </w:r>
    </w:p>
    <w:p w14:paraId="7D88033C" w14:textId="28673948"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Совет АП СПб соглашается с выводом Квалифкомиссии о том, что данные доводы подтверждения не нашли. Заявителем не представлены доказательства оставления адвокатом </w:t>
      </w:r>
      <w:r w:rsidR="007F66C5">
        <w:rPr>
          <w:rFonts w:cs="Times New Roman"/>
          <w:sz w:val="24"/>
          <w:szCs w:val="24"/>
          <w:lang w:val="ru-RU"/>
        </w:rPr>
        <w:t>К.</w:t>
      </w:r>
      <w:r w:rsidR="009716C8" w:rsidRPr="00396EF8">
        <w:rPr>
          <w:rFonts w:cs="Times New Roman"/>
          <w:sz w:val="24"/>
          <w:szCs w:val="24"/>
          <w:lang w:val="ru-RU"/>
        </w:rPr>
        <w:t xml:space="preserve"> </w:t>
      </w:r>
      <w:r w:rsidRPr="00396EF8">
        <w:rPr>
          <w:rFonts w:cs="Times New Roman"/>
          <w:sz w:val="24"/>
          <w:szCs w:val="24"/>
          <w:lang w:val="ru-RU"/>
        </w:rPr>
        <w:t>зала судебного заседания при таких обстоятельствах, которые могли бы свидетельствовать о нарушении адвокатом норм профессиональной этики; не представлены доказательства подделки адвокатом подписи на сокращённой апелляционной жалобе; не подтверждено, что подача сокращённой апелляционной жалобы была направлена на затягивание изготовления мотивированного решения суда либо апелляционного определения.</w:t>
      </w:r>
    </w:p>
    <w:p w14:paraId="65F10364" w14:textId="77777777" w:rsidR="00292A61" w:rsidRDefault="00723271" w:rsidP="009E1C7D">
      <w:pPr>
        <w:jc w:val="both"/>
        <w:rPr>
          <w:rFonts w:cs="Times New Roman"/>
          <w:sz w:val="24"/>
          <w:szCs w:val="24"/>
          <w:lang w:val="ru-RU"/>
        </w:rPr>
      </w:pPr>
      <w:r w:rsidRPr="00396EF8">
        <w:rPr>
          <w:rFonts w:cs="Times New Roman"/>
          <w:sz w:val="24"/>
          <w:szCs w:val="24"/>
          <w:lang w:val="ru-RU"/>
        </w:rPr>
        <w:t>При этом Совет АП СПб считает необходимым уточнить мотивировку Квалифкомиссии: отсутствие доказательств подделки подписи или несогласования апелляционной жалобы не означает необходимости делать положительный вывод о том, что все действия адвоката были согласованы с доверителем. Достаточно вывода о том, что презумпция добросовестности адвоката в данной части не опровергнута.</w:t>
      </w:r>
    </w:p>
    <w:p w14:paraId="2D5E8BD1" w14:textId="77777777" w:rsidR="00282099" w:rsidRPr="00396EF8" w:rsidRDefault="00282099" w:rsidP="009E1C7D">
      <w:pPr>
        <w:jc w:val="both"/>
        <w:rPr>
          <w:rFonts w:cs="Times New Roman"/>
          <w:sz w:val="24"/>
          <w:szCs w:val="24"/>
          <w:lang w:val="ru-RU"/>
        </w:rPr>
      </w:pPr>
    </w:p>
    <w:p w14:paraId="6A1BF110" w14:textId="5983CB24" w:rsidR="00292A61" w:rsidRDefault="00723271" w:rsidP="009E1C7D">
      <w:pPr>
        <w:jc w:val="both"/>
        <w:rPr>
          <w:rFonts w:cs="Times New Roman"/>
          <w:sz w:val="24"/>
          <w:szCs w:val="24"/>
          <w:lang w:val="ru-RU"/>
        </w:rPr>
      </w:pPr>
      <w:r w:rsidRPr="00396EF8">
        <w:rPr>
          <w:rFonts w:cs="Times New Roman"/>
          <w:sz w:val="24"/>
          <w:szCs w:val="24"/>
          <w:lang w:val="ru-RU"/>
        </w:rPr>
        <w:t xml:space="preserve">С учётом изложенного </w:t>
      </w:r>
      <w:r w:rsidRPr="00396EF8">
        <w:rPr>
          <w:rFonts w:cs="Times New Roman"/>
          <w:b/>
          <w:bCs/>
          <w:sz w:val="24"/>
          <w:szCs w:val="24"/>
          <w:lang w:val="ru-RU"/>
        </w:rPr>
        <w:t>дисциплинарное производство в указанной части подлежит прекращению</w:t>
      </w:r>
      <w:r w:rsidRPr="00396EF8">
        <w:rPr>
          <w:rFonts w:cs="Times New Roman"/>
          <w:sz w:val="24"/>
          <w:szCs w:val="24"/>
          <w:lang w:val="ru-RU"/>
        </w:rPr>
        <w:t xml:space="preserve"> вследствие отсутствия в действиях (бездействии) адвоката </w:t>
      </w:r>
      <w:r w:rsidR="007F66C5">
        <w:rPr>
          <w:rFonts w:cs="Times New Roman"/>
          <w:sz w:val="24"/>
          <w:szCs w:val="24"/>
          <w:lang w:val="ru-RU"/>
        </w:rPr>
        <w:t>К.</w:t>
      </w:r>
      <w:r w:rsidRPr="00396EF8">
        <w:rPr>
          <w:rFonts w:cs="Times New Roman"/>
          <w:sz w:val="24"/>
          <w:szCs w:val="24"/>
          <w:lang w:val="ru-RU"/>
        </w:rPr>
        <w:t xml:space="preserve"> нарушения норм законодательства об адвокатской деятельности и адвокатуре, включая КПЭА.</w:t>
      </w:r>
    </w:p>
    <w:p w14:paraId="28017A5A" w14:textId="77777777" w:rsidR="00282099" w:rsidRPr="00396EF8" w:rsidRDefault="00282099" w:rsidP="009E1C7D">
      <w:pPr>
        <w:jc w:val="both"/>
        <w:rPr>
          <w:rFonts w:cs="Times New Roman"/>
          <w:sz w:val="24"/>
          <w:szCs w:val="24"/>
          <w:lang w:val="ru-RU"/>
        </w:rPr>
      </w:pPr>
    </w:p>
    <w:p w14:paraId="4CFBD591" w14:textId="653F584E" w:rsidR="00292A61" w:rsidRPr="00396EF8" w:rsidRDefault="00723271" w:rsidP="009E1C7D">
      <w:pPr>
        <w:jc w:val="both"/>
        <w:rPr>
          <w:rFonts w:cs="Times New Roman"/>
          <w:sz w:val="24"/>
          <w:szCs w:val="24"/>
          <w:lang w:val="ru-RU"/>
        </w:rPr>
      </w:pPr>
      <w:r w:rsidRPr="00396EF8">
        <w:rPr>
          <w:rFonts w:cs="Times New Roman"/>
          <w:b/>
          <w:bCs/>
          <w:sz w:val="24"/>
          <w:szCs w:val="24"/>
          <w:lang w:val="ru-RU"/>
        </w:rPr>
        <w:t>3.</w:t>
      </w:r>
      <w:r w:rsidRPr="00396EF8">
        <w:rPr>
          <w:rFonts w:cs="Times New Roman"/>
          <w:sz w:val="24"/>
          <w:szCs w:val="24"/>
          <w:lang w:val="ru-RU"/>
        </w:rPr>
        <w:t xml:space="preserve"> Относительно доводов жалоб о невозвращении </w:t>
      </w:r>
      <w:r w:rsidR="009716C8" w:rsidRPr="00396EF8">
        <w:rPr>
          <w:rFonts w:cs="Times New Roman"/>
          <w:sz w:val="24"/>
          <w:szCs w:val="24"/>
          <w:lang w:val="ru-RU"/>
        </w:rPr>
        <w:t xml:space="preserve">адвокатом </w:t>
      </w:r>
      <w:r w:rsidR="007F66C5">
        <w:rPr>
          <w:rFonts w:cs="Times New Roman"/>
          <w:sz w:val="24"/>
          <w:szCs w:val="24"/>
          <w:lang w:val="ru-RU"/>
        </w:rPr>
        <w:t>К.</w:t>
      </w:r>
      <w:r w:rsidR="009716C8" w:rsidRPr="00396EF8">
        <w:rPr>
          <w:rFonts w:cs="Times New Roman"/>
          <w:sz w:val="24"/>
          <w:szCs w:val="24"/>
          <w:lang w:val="ru-RU"/>
        </w:rPr>
        <w:t xml:space="preserve"> </w:t>
      </w:r>
      <w:r w:rsidRPr="00396EF8">
        <w:rPr>
          <w:rFonts w:cs="Times New Roman"/>
          <w:sz w:val="24"/>
          <w:szCs w:val="24"/>
          <w:lang w:val="ru-RU"/>
        </w:rPr>
        <w:t>оригиналов документов, невыдаче оригиналов документов по договору поручения от 23.05.2025 и невыдаче дополнительного соглашения к этому договору.</w:t>
      </w:r>
    </w:p>
    <w:p w14:paraId="743D04F2" w14:textId="051088C9" w:rsidR="00292A61" w:rsidRPr="00396EF8" w:rsidRDefault="00723271" w:rsidP="009E1C7D">
      <w:pPr>
        <w:jc w:val="both"/>
        <w:rPr>
          <w:rFonts w:cs="Times New Roman"/>
          <w:sz w:val="24"/>
          <w:szCs w:val="24"/>
          <w:lang w:val="ru-RU"/>
        </w:rPr>
      </w:pPr>
      <w:r w:rsidRPr="00396EF8">
        <w:rPr>
          <w:rFonts w:cs="Times New Roman"/>
          <w:sz w:val="24"/>
          <w:szCs w:val="24"/>
          <w:lang w:val="ru-RU"/>
        </w:rPr>
        <w:lastRenderedPageBreak/>
        <w:t xml:space="preserve">Совет АП СПб соглашается с выводами Квалифкомиссии в той части, что материалы дисциплинарного производства не подтверждают удержание адвокатом </w:t>
      </w:r>
      <w:r w:rsidR="007F66C5">
        <w:rPr>
          <w:rFonts w:cs="Times New Roman"/>
          <w:sz w:val="24"/>
          <w:szCs w:val="24"/>
          <w:lang w:val="ru-RU"/>
        </w:rPr>
        <w:t>К.</w:t>
      </w:r>
      <w:r w:rsidRPr="00396EF8">
        <w:rPr>
          <w:rFonts w:cs="Times New Roman"/>
          <w:sz w:val="24"/>
          <w:szCs w:val="24"/>
          <w:lang w:val="ru-RU"/>
        </w:rPr>
        <w:t xml:space="preserve"> подлинных документов, ранее полученных им от доверителя и подлежащих возврату в порядке п. 6 ст. 10 КПЭА. Также не установлено, что по договору от 23.05.2025 было составлено дополнительное соглашение, экземпляр которого адвокат обязан был передать доверителю.</w:t>
      </w:r>
    </w:p>
    <w:p w14:paraId="63F3BFFB"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Вместе с тем вопросы выдачи доверителю квитанций и иных документов, подтверждающих принятие денежных средств, являются самостоятельным блоком дисциплинарной оценки и рассматриваются Советом АП СПб ниже в связи с доводами о ненадлежащем оформлении финансовых отношений.</w:t>
      </w:r>
    </w:p>
    <w:p w14:paraId="1918FAFE" w14:textId="3340B0CF" w:rsidR="00292A61" w:rsidRDefault="00723271" w:rsidP="009E1C7D">
      <w:pPr>
        <w:jc w:val="both"/>
        <w:rPr>
          <w:rFonts w:cs="Times New Roman"/>
          <w:sz w:val="24"/>
          <w:szCs w:val="24"/>
          <w:lang w:val="ru-RU"/>
        </w:rPr>
      </w:pPr>
      <w:r w:rsidRPr="00396EF8">
        <w:rPr>
          <w:rFonts w:cs="Times New Roman"/>
          <w:sz w:val="24"/>
          <w:szCs w:val="24"/>
          <w:lang w:val="ru-RU"/>
        </w:rPr>
        <w:t xml:space="preserve">В остальной части указанные доводы жалоб подтверждения не нашли, а </w:t>
      </w:r>
      <w:r w:rsidRPr="00396EF8">
        <w:rPr>
          <w:rFonts w:cs="Times New Roman"/>
          <w:b/>
          <w:bCs/>
          <w:sz w:val="24"/>
          <w:szCs w:val="24"/>
          <w:lang w:val="ru-RU"/>
        </w:rPr>
        <w:t>дисциплинарное производство подлежит прекращению</w:t>
      </w:r>
      <w:r w:rsidRPr="00396EF8">
        <w:rPr>
          <w:rFonts w:cs="Times New Roman"/>
          <w:sz w:val="24"/>
          <w:szCs w:val="24"/>
          <w:lang w:val="ru-RU"/>
        </w:rPr>
        <w:t xml:space="preserve"> вследствие отсутствия в действиях (бездействии) адвоката </w:t>
      </w:r>
      <w:r w:rsidR="007F66C5">
        <w:rPr>
          <w:rFonts w:cs="Times New Roman"/>
          <w:sz w:val="24"/>
          <w:szCs w:val="24"/>
          <w:lang w:val="ru-RU"/>
        </w:rPr>
        <w:t>К.</w:t>
      </w:r>
      <w:r w:rsidRPr="00396EF8">
        <w:rPr>
          <w:rFonts w:cs="Times New Roman"/>
          <w:sz w:val="24"/>
          <w:szCs w:val="24"/>
          <w:lang w:val="ru-RU"/>
        </w:rPr>
        <w:t xml:space="preserve"> нарушения норм законодательства об адвокатской деятельности и адвокатуре, включая КПЭА.</w:t>
      </w:r>
    </w:p>
    <w:p w14:paraId="605B7C57" w14:textId="77777777" w:rsidR="00282099" w:rsidRPr="00396EF8" w:rsidRDefault="00282099" w:rsidP="009E1C7D">
      <w:pPr>
        <w:jc w:val="both"/>
        <w:rPr>
          <w:rFonts w:cs="Times New Roman"/>
          <w:sz w:val="24"/>
          <w:szCs w:val="24"/>
          <w:lang w:val="ru-RU"/>
        </w:rPr>
      </w:pPr>
    </w:p>
    <w:p w14:paraId="6E61B0F2" w14:textId="7D6D7296" w:rsidR="00292A61" w:rsidRPr="00396EF8" w:rsidRDefault="00723271" w:rsidP="009E1C7D">
      <w:pPr>
        <w:jc w:val="both"/>
        <w:rPr>
          <w:rFonts w:cs="Times New Roman"/>
          <w:sz w:val="24"/>
          <w:szCs w:val="24"/>
          <w:lang w:val="ru-RU"/>
        </w:rPr>
      </w:pPr>
      <w:r w:rsidRPr="00396EF8">
        <w:rPr>
          <w:rFonts w:cs="Times New Roman"/>
          <w:b/>
          <w:bCs/>
          <w:sz w:val="24"/>
          <w:szCs w:val="24"/>
          <w:lang w:val="ru-RU"/>
        </w:rPr>
        <w:t>4.</w:t>
      </w:r>
      <w:r w:rsidRPr="00396EF8">
        <w:rPr>
          <w:rFonts w:cs="Times New Roman"/>
          <w:sz w:val="24"/>
          <w:szCs w:val="24"/>
          <w:lang w:val="ru-RU"/>
        </w:rPr>
        <w:t xml:space="preserve"> Относительно доводов жалоб о невыдаче </w:t>
      </w:r>
      <w:r w:rsidR="007043F8" w:rsidRPr="00396EF8">
        <w:rPr>
          <w:rFonts w:cs="Times New Roman"/>
          <w:sz w:val="24"/>
          <w:szCs w:val="24"/>
          <w:lang w:val="ru-RU"/>
        </w:rPr>
        <w:t xml:space="preserve">адвокатом </w:t>
      </w:r>
      <w:r w:rsidR="007F66C5">
        <w:rPr>
          <w:rFonts w:cs="Times New Roman"/>
          <w:sz w:val="24"/>
          <w:szCs w:val="24"/>
          <w:lang w:val="ru-RU"/>
        </w:rPr>
        <w:t>К.</w:t>
      </w:r>
      <w:r w:rsidR="007043F8" w:rsidRPr="00396EF8">
        <w:rPr>
          <w:rFonts w:cs="Times New Roman"/>
          <w:sz w:val="24"/>
          <w:szCs w:val="24"/>
          <w:lang w:val="ru-RU"/>
        </w:rPr>
        <w:t xml:space="preserve"> </w:t>
      </w:r>
      <w:r w:rsidRPr="00396EF8">
        <w:rPr>
          <w:rFonts w:cs="Times New Roman"/>
          <w:sz w:val="24"/>
          <w:szCs w:val="24"/>
          <w:lang w:val="ru-RU"/>
        </w:rPr>
        <w:t xml:space="preserve">квитанции об оплате наличными денежными средствами гонорара по договору поручения от 01.02.2024 на сумму 80 000 руб. и ненадлежащем оформлении оплаты устной консультации на сумму </w:t>
      </w:r>
      <w:r w:rsidR="007043F8" w:rsidRPr="00396EF8">
        <w:rPr>
          <w:rFonts w:cs="Times New Roman"/>
          <w:sz w:val="24"/>
          <w:szCs w:val="24"/>
          <w:lang w:val="ru-RU"/>
        </w:rPr>
        <w:br/>
      </w:r>
      <w:r w:rsidRPr="00396EF8">
        <w:rPr>
          <w:rFonts w:cs="Times New Roman"/>
          <w:sz w:val="24"/>
          <w:szCs w:val="24"/>
          <w:lang w:val="ru-RU"/>
        </w:rPr>
        <w:t>2 000 руб.</w:t>
      </w:r>
    </w:p>
    <w:p w14:paraId="34CE297A"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Совет АП СПб соглашается с выводом Квалифкомиссии о наличии нарушения в части ненадлежащего оформления получения денежных средств от доверителя, однако считает необходимым уточнить объём установленного нарушения.</w:t>
      </w:r>
    </w:p>
    <w:p w14:paraId="641A0702" w14:textId="0FB35F02"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Квалифкомиссия установила, что в материалы дисциплинарного производства не представлены доказательства, подтверждающие надлежащее оформление и выдачу </w:t>
      </w:r>
      <w:r w:rsidR="007F66C5">
        <w:rPr>
          <w:rFonts w:cs="Times New Roman"/>
          <w:sz w:val="24"/>
          <w:szCs w:val="24"/>
          <w:lang w:val="ru-RU"/>
        </w:rPr>
        <w:t>К.</w:t>
      </w:r>
      <w:r w:rsidRPr="00396EF8">
        <w:rPr>
          <w:rFonts w:cs="Times New Roman"/>
          <w:sz w:val="24"/>
          <w:szCs w:val="24"/>
          <w:lang w:val="ru-RU"/>
        </w:rPr>
        <w:t>Т.В. квитанций о принятии от неё наличными денежными средствами оплаты по договору поручения от 01.02.2024 на сумму 80 000 руб. Указанные обстоятельства свидетельствуют о нарушении порядка оформления финансовых отношений с доверителем и неисполнении адвокатом решений органов адвокатской палаты, принятых в пределах их компетенции.</w:t>
      </w:r>
    </w:p>
    <w:p w14:paraId="558BC1D3" w14:textId="117BAFA0"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В части оплаты устной консультации на сумму 2 000 руб. Совет АП СПб учитывает, что в заключении Квалифкомиссии от 07.05.2026 отражено представление адвокатом </w:t>
      </w:r>
      <w:r w:rsidR="007F66C5">
        <w:rPr>
          <w:rFonts w:cs="Times New Roman"/>
          <w:sz w:val="24"/>
          <w:szCs w:val="24"/>
          <w:lang w:val="ru-RU"/>
        </w:rPr>
        <w:t>К.</w:t>
      </w:r>
      <w:r w:rsidRPr="00396EF8">
        <w:rPr>
          <w:rFonts w:cs="Times New Roman"/>
          <w:sz w:val="24"/>
          <w:szCs w:val="24"/>
          <w:lang w:val="ru-RU"/>
        </w:rPr>
        <w:t xml:space="preserve"> копии квитанции № 15257 от 23.05.2025. При этом Квалифкомиссия не привела мотивов, по которым указанная квитанция не подтверждает надлежащее оформление соответствующей оплаты либо её выдачу доверителю. При таких обстоятельствах Совет АП СПб не считает возможным квалифицировать эпизод с консультацией на сумму 2 000 руб. как самостоятельное дисциплинарное нарушение. Данный вывод не влияет на оценку установленного нарушения, связанного с ненадлежащим оформлением финансовых отношений по договору от 01.02.2024 и общей обязанностью адвоката обеспечивать надлежащее документирование получения денежных средств от доверителя.</w:t>
      </w:r>
    </w:p>
    <w:p w14:paraId="6D979D48" w14:textId="49434D4D" w:rsidR="00292A61" w:rsidRDefault="00723271" w:rsidP="009E1C7D">
      <w:pPr>
        <w:jc w:val="both"/>
        <w:rPr>
          <w:rFonts w:cs="Times New Roman"/>
          <w:sz w:val="24"/>
          <w:szCs w:val="24"/>
          <w:lang w:val="ru-RU"/>
        </w:rPr>
      </w:pPr>
      <w:r w:rsidRPr="00396EF8">
        <w:rPr>
          <w:rFonts w:cs="Times New Roman"/>
          <w:sz w:val="24"/>
          <w:szCs w:val="24"/>
          <w:lang w:val="ru-RU"/>
        </w:rPr>
        <w:t xml:space="preserve">Таким образом, в данной части в действиях адвоката </w:t>
      </w:r>
      <w:r w:rsidR="007F66C5">
        <w:rPr>
          <w:rFonts w:cs="Times New Roman"/>
          <w:sz w:val="24"/>
          <w:szCs w:val="24"/>
          <w:lang w:val="ru-RU"/>
        </w:rPr>
        <w:t>К.</w:t>
      </w:r>
      <w:r w:rsidRPr="00396EF8">
        <w:rPr>
          <w:rFonts w:cs="Times New Roman"/>
          <w:sz w:val="24"/>
          <w:szCs w:val="24"/>
          <w:lang w:val="ru-RU"/>
        </w:rPr>
        <w:t xml:space="preserve"> установлено нарушение взаимосвязанных требований подп. 4 п. 1 ст. 7 Закона об адвокатуре, п. 1 ст. 8 и </w:t>
      </w:r>
      <w:r w:rsidR="007043F8" w:rsidRPr="00396EF8">
        <w:rPr>
          <w:rFonts w:cs="Times New Roman"/>
          <w:sz w:val="24"/>
          <w:szCs w:val="24"/>
          <w:lang w:val="ru-RU"/>
        </w:rPr>
        <w:br/>
      </w:r>
      <w:r w:rsidRPr="00396EF8">
        <w:rPr>
          <w:rFonts w:cs="Times New Roman"/>
          <w:sz w:val="24"/>
          <w:szCs w:val="24"/>
          <w:lang w:val="ru-RU"/>
        </w:rPr>
        <w:t>п. 6 ст. 15 КПЭА во взаимосвязи с решением Совета АП СПб от 04.02.2020 «О порядке оформления соглашений об оказании юридической помощи и их регистрации в документации соответствующих адвокатских образований».</w:t>
      </w:r>
    </w:p>
    <w:p w14:paraId="0380641B" w14:textId="77777777" w:rsidR="00282099" w:rsidRPr="00396EF8" w:rsidRDefault="00282099" w:rsidP="009E1C7D">
      <w:pPr>
        <w:jc w:val="both"/>
        <w:rPr>
          <w:rFonts w:cs="Times New Roman"/>
          <w:sz w:val="24"/>
          <w:szCs w:val="24"/>
          <w:lang w:val="ru-RU"/>
        </w:rPr>
      </w:pPr>
    </w:p>
    <w:p w14:paraId="6C79C6FE" w14:textId="3AA6C685" w:rsidR="00292A61" w:rsidRPr="00396EF8" w:rsidRDefault="00723271" w:rsidP="009E1C7D">
      <w:pPr>
        <w:jc w:val="both"/>
        <w:rPr>
          <w:rFonts w:cs="Times New Roman"/>
          <w:sz w:val="24"/>
          <w:szCs w:val="24"/>
          <w:lang w:val="ru-RU"/>
        </w:rPr>
      </w:pPr>
      <w:r w:rsidRPr="00396EF8">
        <w:rPr>
          <w:rFonts w:cs="Times New Roman"/>
          <w:b/>
          <w:bCs/>
          <w:sz w:val="24"/>
          <w:szCs w:val="24"/>
          <w:lang w:val="ru-RU"/>
        </w:rPr>
        <w:t>5.</w:t>
      </w:r>
      <w:r w:rsidRPr="00396EF8">
        <w:rPr>
          <w:rFonts w:cs="Times New Roman"/>
          <w:sz w:val="24"/>
          <w:szCs w:val="24"/>
          <w:lang w:val="ru-RU"/>
        </w:rPr>
        <w:t xml:space="preserve"> Относительно доводов жалоб о профессиональной некомпетентности адвоката </w:t>
      </w:r>
      <w:r w:rsidR="007F66C5">
        <w:rPr>
          <w:rFonts w:cs="Times New Roman"/>
          <w:sz w:val="24"/>
          <w:szCs w:val="24"/>
          <w:lang w:val="ru-RU"/>
        </w:rPr>
        <w:t>К.</w:t>
      </w:r>
      <w:r w:rsidR="007043F8" w:rsidRPr="00396EF8">
        <w:rPr>
          <w:rFonts w:cs="Times New Roman"/>
          <w:sz w:val="24"/>
          <w:szCs w:val="24"/>
          <w:lang w:val="ru-RU"/>
        </w:rPr>
        <w:t xml:space="preserve"> </w:t>
      </w:r>
      <w:r w:rsidRPr="00396EF8">
        <w:rPr>
          <w:rFonts w:cs="Times New Roman"/>
          <w:sz w:val="24"/>
          <w:szCs w:val="24"/>
          <w:lang w:val="ru-RU"/>
        </w:rPr>
        <w:t>при исполнении договора поручения от 23.05.2025.</w:t>
      </w:r>
    </w:p>
    <w:p w14:paraId="16D3F796" w14:textId="00B6869A"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Как установила Квалифкомиссия, во исполнение договора поручения от 23.05.2025 адвокатом </w:t>
      </w:r>
      <w:r w:rsidR="007F66C5">
        <w:rPr>
          <w:rFonts w:cs="Times New Roman"/>
          <w:sz w:val="24"/>
          <w:szCs w:val="24"/>
          <w:lang w:val="ru-RU"/>
        </w:rPr>
        <w:t>К.</w:t>
      </w:r>
      <w:r w:rsidRPr="00396EF8">
        <w:rPr>
          <w:rFonts w:cs="Times New Roman"/>
          <w:sz w:val="24"/>
          <w:szCs w:val="24"/>
          <w:lang w:val="ru-RU"/>
        </w:rPr>
        <w:t xml:space="preserve"> в интересах </w:t>
      </w:r>
      <w:r w:rsidR="007F66C5">
        <w:rPr>
          <w:rFonts w:cs="Times New Roman"/>
          <w:sz w:val="24"/>
          <w:szCs w:val="24"/>
          <w:lang w:val="ru-RU"/>
        </w:rPr>
        <w:t>К.</w:t>
      </w:r>
      <w:r w:rsidRPr="00396EF8">
        <w:rPr>
          <w:rFonts w:cs="Times New Roman"/>
          <w:sz w:val="24"/>
          <w:szCs w:val="24"/>
          <w:lang w:val="ru-RU"/>
        </w:rPr>
        <w:t xml:space="preserve">Т.В. было подготовлено исковое заявление к </w:t>
      </w:r>
      <w:r w:rsidR="007F66C5">
        <w:rPr>
          <w:rFonts w:cs="Times New Roman"/>
          <w:sz w:val="24"/>
          <w:szCs w:val="24"/>
          <w:lang w:val="ru-RU"/>
        </w:rPr>
        <w:t>М.</w:t>
      </w:r>
      <w:r w:rsidRPr="00396EF8">
        <w:rPr>
          <w:rFonts w:cs="Times New Roman"/>
          <w:sz w:val="24"/>
          <w:szCs w:val="24"/>
          <w:lang w:val="ru-RU"/>
        </w:rPr>
        <w:t xml:space="preserve">А.Н. и </w:t>
      </w:r>
      <w:r w:rsidR="007F66C5">
        <w:rPr>
          <w:rFonts w:cs="Times New Roman"/>
          <w:sz w:val="24"/>
          <w:szCs w:val="24"/>
          <w:lang w:val="ru-RU"/>
        </w:rPr>
        <w:t>К.</w:t>
      </w:r>
      <w:r w:rsidRPr="00396EF8">
        <w:rPr>
          <w:rFonts w:cs="Times New Roman"/>
          <w:sz w:val="24"/>
          <w:szCs w:val="24"/>
          <w:lang w:val="ru-RU"/>
        </w:rPr>
        <w:t>В.В. о признании недействительным договора купли-продажи 15/70 долей в праве общей долевой собственности на квартиру и об отмене государственной регистрации права собственности покупателя на указанную долю.</w:t>
      </w:r>
    </w:p>
    <w:p w14:paraId="5CCDEBF7"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 учётом </w:t>
      </w:r>
      <w:proofErr w:type="gramStart"/>
      <w:r w:rsidRPr="00396EF8">
        <w:rPr>
          <w:rFonts w:cs="Times New Roman"/>
          <w:sz w:val="24"/>
          <w:szCs w:val="24"/>
          <w:lang w:val="ru-RU"/>
        </w:rPr>
        <w:t>характера</w:t>
      </w:r>
      <w:proofErr w:type="gramEnd"/>
      <w:r w:rsidRPr="00396EF8">
        <w:rPr>
          <w:rFonts w:cs="Times New Roman"/>
          <w:sz w:val="24"/>
          <w:szCs w:val="24"/>
          <w:lang w:val="ru-RU"/>
        </w:rPr>
        <w:t xml:space="preserve"> заявленного доверителем правового интереса и положений ст. 250 ГК РФ Совет АП СПб соглашается с выводом Квалифкомиссии о том, что при отсутствии самостоятельных оснований недействительности сделки надлежащим способом защиты права преимущественной покупки являлось требование о переводе на доверителя прав и обязанностей покупателя, а не требование о признании договора купли-продажи недействительным.</w:t>
      </w:r>
    </w:p>
    <w:p w14:paraId="62E23E97" w14:textId="546AE082"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Указанная ошибка не лишила </w:t>
      </w:r>
      <w:r w:rsidR="007F66C5">
        <w:rPr>
          <w:rFonts w:cs="Times New Roman"/>
          <w:sz w:val="24"/>
          <w:szCs w:val="24"/>
          <w:lang w:val="ru-RU"/>
        </w:rPr>
        <w:t>К.</w:t>
      </w:r>
      <w:r w:rsidRPr="00396EF8">
        <w:rPr>
          <w:rFonts w:cs="Times New Roman"/>
          <w:sz w:val="24"/>
          <w:szCs w:val="24"/>
          <w:lang w:val="ru-RU"/>
        </w:rPr>
        <w:t>Т.В. возможности судебной защиты, поскольку, как установила Квалифкомиссия, заявительнице удалось обратиться в суд с новым иском о переводе прав и обязанностей покупателя в пределах установленного законом срока. Вместе с тем допущенная адвокатом ошибка носила существенный характер, поскольку была связана с выбором способа защиты по требованию, для которого законом установлен специальный трёхмесячный срок. Такая ошибка не может быть отнесена исключительно к допустимому профессиональному усмотрению адвоката.</w:t>
      </w:r>
    </w:p>
    <w:p w14:paraId="1C881B39" w14:textId="39411FEC" w:rsidR="00292A61" w:rsidRDefault="00723271" w:rsidP="009E1C7D">
      <w:pPr>
        <w:jc w:val="both"/>
        <w:rPr>
          <w:rFonts w:cs="Times New Roman"/>
          <w:sz w:val="24"/>
          <w:szCs w:val="24"/>
          <w:lang w:val="ru-RU"/>
        </w:rPr>
      </w:pPr>
      <w:r w:rsidRPr="00396EF8">
        <w:rPr>
          <w:rFonts w:cs="Times New Roman"/>
          <w:sz w:val="24"/>
          <w:szCs w:val="24"/>
          <w:lang w:val="ru-RU"/>
        </w:rPr>
        <w:t xml:space="preserve">При таких обстоятельствах Совет АП СПб приходит к выводу о наличии в действиях адвоката </w:t>
      </w:r>
      <w:r w:rsidR="007F66C5">
        <w:rPr>
          <w:rFonts w:cs="Times New Roman"/>
          <w:sz w:val="24"/>
          <w:szCs w:val="24"/>
          <w:lang w:val="ru-RU"/>
        </w:rPr>
        <w:t>К.</w:t>
      </w:r>
      <w:r w:rsidRPr="00396EF8">
        <w:rPr>
          <w:rFonts w:cs="Times New Roman"/>
          <w:sz w:val="24"/>
          <w:szCs w:val="24"/>
          <w:lang w:val="ru-RU"/>
        </w:rPr>
        <w:t xml:space="preserve"> нарушения подп. 1 п. 1 ст. 7 Закона об адвокатуре и п. 1 ст. 8 КПЭА, выразившегося в неквалифицированном исполнении поручения доверителя по договору от 23.05.2025.</w:t>
      </w:r>
    </w:p>
    <w:p w14:paraId="10973B4D" w14:textId="77777777" w:rsidR="00282099" w:rsidRPr="00396EF8" w:rsidRDefault="00282099" w:rsidP="009E1C7D">
      <w:pPr>
        <w:jc w:val="both"/>
        <w:rPr>
          <w:rFonts w:cs="Times New Roman"/>
          <w:sz w:val="24"/>
          <w:szCs w:val="24"/>
          <w:lang w:val="ru-RU"/>
        </w:rPr>
      </w:pPr>
    </w:p>
    <w:p w14:paraId="2C89108E" w14:textId="326FA850" w:rsidR="00292A61" w:rsidRDefault="00723271" w:rsidP="009E1C7D">
      <w:pPr>
        <w:jc w:val="both"/>
        <w:rPr>
          <w:rFonts w:cs="Times New Roman"/>
          <w:sz w:val="24"/>
          <w:szCs w:val="24"/>
          <w:lang w:val="ru-RU"/>
        </w:rPr>
      </w:pPr>
      <w:r w:rsidRPr="00396EF8">
        <w:rPr>
          <w:rFonts w:cs="Times New Roman"/>
          <w:b/>
          <w:bCs/>
          <w:sz w:val="24"/>
          <w:szCs w:val="24"/>
          <w:lang w:val="ru-RU"/>
        </w:rPr>
        <w:t>Б.</w:t>
      </w:r>
      <w:r w:rsidRPr="00396EF8">
        <w:rPr>
          <w:rFonts w:cs="Times New Roman"/>
          <w:sz w:val="24"/>
          <w:szCs w:val="24"/>
          <w:lang w:val="ru-RU"/>
        </w:rPr>
        <w:t xml:space="preserve"> По дисциплинарным претензиям, рассмотренным </w:t>
      </w:r>
      <w:proofErr w:type="spellStart"/>
      <w:r w:rsidRPr="00396EF8">
        <w:rPr>
          <w:rFonts w:cs="Times New Roman"/>
          <w:sz w:val="24"/>
          <w:szCs w:val="24"/>
          <w:lang w:val="ru-RU"/>
        </w:rPr>
        <w:t>Квалифкомиссией</w:t>
      </w:r>
      <w:proofErr w:type="spellEnd"/>
      <w:r w:rsidRPr="00396EF8">
        <w:rPr>
          <w:rFonts w:cs="Times New Roman"/>
          <w:sz w:val="24"/>
          <w:szCs w:val="24"/>
          <w:lang w:val="ru-RU"/>
        </w:rPr>
        <w:t xml:space="preserve"> в заключении от 07.05.2026 по дисциплинарному производству </w:t>
      </w:r>
      <w:proofErr w:type="gramStart"/>
      <w:r w:rsidRPr="00396EF8">
        <w:rPr>
          <w:rFonts w:cs="Times New Roman"/>
          <w:sz w:val="24"/>
          <w:szCs w:val="24"/>
          <w:lang w:val="ru-RU"/>
        </w:rPr>
        <w:t>№ .</w:t>
      </w:r>
      <w:proofErr w:type="gramEnd"/>
    </w:p>
    <w:p w14:paraId="3E748761" w14:textId="77777777" w:rsidR="00282099" w:rsidRPr="00396EF8" w:rsidRDefault="00282099" w:rsidP="009E1C7D">
      <w:pPr>
        <w:jc w:val="both"/>
        <w:rPr>
          <w:rFonts w:cs="Times New Roman"/>
          <w:sz w:val="24"/>
          <w:szCs w:val="24"/>
          <w:lang w:val="ru-RU"/>
        </w:rPr>
      </w:pPr>
    </w:p>
    <w:p w14:paraId="214CEFEE" w14:textId="7EB60465" w:rsidR="00292A61" w:rsidRPr="00396EF8" w:rsidRDefault="00723271" w:rsidP="009E1C7D">
      <w:pPr>
        <w:jc w:val="both"/>
        <w:rPr>
          <w:rFonts w:cs="Times New Roman"/>
          <w:sz w:val="24"/>
          <w:szCs w:val="24"/>
          <w:lang w:val="ru-RU"/>
        </w:rPr>
      </w:pPr>
      <w:r w:rsidRPr="00396EF8">
        <w:rPr>
          <w:rFonts w:cs="Times New Roman"/>
          <w:b/>
          <w:bCs/>
          <w:sz w:val="24"/>
          <w:szCs w:val="24"/>
          <w:lang w:val="ru-RU"/>
        </w:rPr>
        <w:t>1.</w:t>
      </w:r>
      <w:r w:rsidRPr="00396EF8">
        <w:rPr>
          <w:rFonts w:cs="Times New Roman"/>
          <w:sz w:val="24"/>
          <w:szCs w:val="24"/>
          <w:lang w:val="ru-RU"/>
        </w:rPr>
        <w:t xml:space="preserve"> Относительно вывода Квалифкомиссии о том, что адвокатом </w:t>
      </w:r>
      <w:r w:rsidR="007F66C5">
        <w:rPr>
          <w:rFonts w:cs="Times New Roman"/>
          <w:sz w:val="24"/>
          <w:szCs w:val="24"/>
          <w:lang w:val="ru-RU"/>
        </w:rPr>
        <w:t>К.</w:t>
      </w:r>
      <w:r w:rsidRPr="00396EF8">
        <w:rPr>
          <w:rFonts w:cs="Times New Roman"/>
          <w:sz w:val="24"/>
          <w:szCs w:val="24"/>
          <w:lang w:val="ru-RU"/>
        </w:rPr>
        <w:t xml:space="preserve"> юридическая помощь оказывалась без заключения соглашения.</w:t>
      </w:r>
    </w:p>
    <w:p w14:paraId="1F9D36DC" w14:textId="0806E61A"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Совет АП СПб считает вывод Квалифкомиссии в указанной части подлежащим уточнению. Из заключения Квалифкомиссии следует, что 23.05.2025 между </w:t>
      </w:r>
      <w:r w:rsidR="007F66C5">
        <w:rPr>
          <w:rFonts w:cs="Times New Roman"/>
          <w:sz w:val="24"/>
          <w:szCs w:val="24"/>
          <w:lang w:val="ru-RU"/>
        </w:rPr>
        <w:t>К.</w:t>
      </w:r>
      <w:r w:rsidRPr="00396EF8">
        <w:rPr>
          <w:rFonts w:cs="Times New Roman"/>
          <w:sz w:val="24"/>
          <w:szCs w:val="24"/>
          <w:lang w:val="ru-RU"/>
        </w:rPr>
        <w:t>Т.В. и заведующим адвокатской консультацией № 46 «</w:t>
      </w:r>
      <w:proofErr w:type="spellStart"/>
      <w:r w:rsidRPr="00396EF8">
        <w:rPr>
          <w:rFonts w:cs="Times New Roman"/>
          <w:sz w:val="24"/>
          <w:szCs w:val="24"/>
          <w:lang w:val="ru-RU"/>
        </w:rPr>
        <w:t>Заневская</w:t>
      </w:r>
      <w:proofErr w:type="spellEnd"/>
      <w:r w:rsidRPr="00396EF8">
        <w:rPr>
          <w:rFonts w:cs="Times New Roman"/>
          <w:sz w:val="24"/>
          <w:szCs w:val="24"/>
          <w:lang w:val="ru-RU"/>
        </w:rPr>
        <w:t xml:space="preserve">» </w:t>
      </w:r>
      <w:r w:rsidR="007F66C5">
        <w:rPr>
          <w:rFonts w:cs="Times New Roman"/>
          <w:sz w:val="24"/>
          <w:szCs w:val="24"/>
          <w:lang w:val="ru-RU"/>
        </w:rPr>
        <w:t>Г.</w:t>
      </w:r>
      <w:r w:rsidRPr="00396EF8">
        <w:rPr>
          <w:rFonts w:cs="Times New Roman"/>
          <w:sz w:val="24"/>
          <w:szCs w:val="24"/>
          <w:lang w:val="ru-RU"/>
        </w:rPr>
        <w:t xml:space="preserve">В.М. был заключён договор поручения, исполнение которого поручено адвокату </w:t>
      </w:r>
      <w:r w:rsidR="007F66C5">
        <w:rPr>
          <w:rFonts w:cs="Times New Roman"/>
          <w:sz w:val="24"/>
          <w:szCs w:val="24"/>
          <w:lang w:val="ru-RU"/>
        </w:rPr>
        <w:t>К.</w:t>
      </w:r>
      <w:r w:rsidRPr="00396EF8">
        <w:rPr>
          <w:rFonts w:cs="Times New Roman"/>
          <w:sz w:val="24"/>
          <w:szCs w:val="24"/>
          <w:lang w:val="ru-RU"/>
        </w:rPr>
        <w:t xml:space="preserve"> При таких обстоятельствах более точной является не формула об оказании юридической помощи без соглашения, а вывод о ненадлежащем оформлении договорных отношений с доверителем.</w:t>
      </w:r>
    </w:p>
    <w:p w14:paraId="6D4E4EA4"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Ненадлежащее оформление выразилось в том, что договорная конструкция, при которой соглашение подписывалось заведующим адвокатской консультацией, а фактическое исполнение осуществлялось другим адвокатом, создавала неопределённость относительно того, кто именно является адвокатом, принявшим исполнение поручения в качестве поверенного, каким образом доверитель реализует права, связанные с прекращением поручения, получением документов, отчёта и урегулированием взаиморасчётов. Такая </w:t>
      </w:r>
      <w:r w:rsidRPr="00396EF8">
        <w:rPr>
          <w:rFonts w:cs="Times New Roman"/>
          <w:sz w:val="24"/>
          <w:szCs w:val="24"/>
          <w:lang w:val="ru-RU"/>
        </w:rPr>
        <w:lastRenderedPageBreak/>
        <w:t>неопределённость не соответствует требованиям п. 15 ст. 22, п. 1, 2 и подп. 1 п. 4 ст. 25 Закона об адвокатуре, а также п. 1 ст. 8 КПЭА.</w:t>
      </w:r>
    </w:p>
    <w:p w14:paraId="702BD6AC" w14:textId="66FFD1E5" w:rsidR="00292A61" w:rsidRDefault="00723271" w:rsidP="009E1C7D">
      <w:pPr>
        <w:jc w:val="both"/>
        <w:rPr>
          <w:rFonts w:cs="Times New Roman"/>
          <w:sz w:val="24"/>
          <w:szCs w:val="24"/>
          <w:lang w:val="ru-RU"/>
        </w:rPr>
      </w:pPr>
      <w:r w:rsidRPr="00396EF8">
        <w:rPr>
          <w:rFonts w:cs="Times New Roman"/>
          <w:sz w:val="24"/>
          <w:szCs w:val="24"/>
          <w:lang w:val="ru-RU"/>
        </w:rPr>
        <w:t xml:space="preserve">Совет АП СПб учитывает также, что дисциплинарная ответственность носит индивидуальный характер. Поэтому установленное нарушение вменяется адвокату </w:t>
      </w:r>
      <w:r w:rsidRPr="00396EF8">
        <w:rPr>
          <w:rFonts w:cs="Times New Roman"/>
          <w:sz w:val="24"/>
          <w:szCs w:val="24"/>
          <w:lang w:val="ru-RU"/>
        </w:rPr>
        <w:br/>
      </w:r>
      <w:r w:rsidR="007F66C5">
        <w:rPr>
          <w:rFonts w:cs="Times New Roman"/>
          <w:sz w:val="24"/>
          <w:szCs w:val="24"/>
          <w:lang w:val="ru-RU"/>
        </w:rPr>
        <w:t>К.</w:t>
      </w:r>
      <w:r w:rsidRPr="00396EF8">
        <w:rPr>
          <w:rFonts w:cs="Times New Roman"/>
          <w:sz w:val="24"/>
          <w:szCs w:val="24"/>
          <w:lang w:val="ru-RU"/>
        </w:rPr>
        <w:t xml:space="preserve"> не за сам по себе системный порядок работы адвокатской консультации, а за принятие им конкретного поручения </w:t>
      </w:r>
      <w:r w:rsidR="007F66C5">
        <w:rPr>
          <w:rFonts w:cs="Times New Roman"/>
          <w:sz w:val="24"/>
          <w:szCs w:val="24"/>
          <w:lang w:val="ru-RU"/>
        </w:rPr>
        <w:t>К.</w:t>
      </w:r>
      <w:r w:rsidRPr="00396EF8">
        <w:rPr>
          <w:rFonts w:cs="Times New Roman"/>
          <w:sz w:val="24"/>
          <w:szCs w:val="24"/>
          <w:lang w:val="ru-RU"/>
        </w:rPr>
        <w:t>Т.В. и оказание юридической помощи при очевидной неопределённости оформления договорных отношений с доверителем.</w:t>
      </w:r>
    </w:p>
    <w:p w14:paraId="0131B818" w14:textId="77777777" w:rsidR="00282099" w:rsidRPr="00396EF8" w:rsidRDefault="00282099" w:rsidP="009E1C7D">
      <w:pPr>
        <w:jc w:val="both"/>
        <w:rPr>
          <w:rFonts w:cs="Times New Roman"/>
          <w:sz w:val="24"/>
          <w:szCs w:val="24"/>
          <w:lang w:val="ru-RU"/>
        </w:rPr>
      </w:pPr>
    </w:p>
    <w:p w14:paraId="5CD7704E" w14:textId="77777777" w:rsidR="00292A61" w:rsidRPr="00396EF8" w:rsidRDefault="00723271" w:rsidP="009E1C7D">
      <w:pPr>
        <w:jc w:val="both"/>
        <w:rPr>
          <w:rFonts w:cs="Times New Roman"/>
          <w:sz w:val="24"/>
          <w:szCs w:val="24"/>
          <w:lang w:val="ru-RU"/>
        </w:rPr>
      </w:pPr>
      <w:r w:rsidRPr="00396EF8">
        <w:rPr>
          <w:rFonts w:cs="Times New Roman"/>
          <w:b/>
          <w:bCs/>
          <w:sz w:val="24"/>
          <w:szCs w:val="24"/>
          <w:lang w:val="ru-RU"/>
        </w:rPr>
        <w:t>2.</w:t>
      </w:r>
      <w:r w:rsidRPr="00396EF8">
        <w:rPr>
          <w:rFonts w:cs="Times New Roman"/>
          <w:sz w:val="24"/>
          <w:szCs w:val="24"/>
          <w:lang w:val="ru-RU"/>
        </w:rPr>
        <w:t xml:space="preserve"> Об исключении квалификации по п. 3 ст. 9 КПЭА.</w:t>
      </w:r>
    </w:p>
    <w:p w14:paraId="4FFC48DC" w14:textId="4B231E9A" w:rsidR="00292A61" w:rsidRPr="00396EF8" w:rsidRDefault="00723271" w:rsidP="009E1C7D">
      <w:pPr>
        <w:jc w:val="both"/>
        <w:rPr>
          <w:rFonts w:cs="Times New Roman"/>
          <w:sz w:val="24"/>
          <w:szCs w:val="24"/>
          <w:lang w:val="ru-RU"/>
        </w:rPr>
      </w:pPr>
      <w:r w:rsidRPr="00396EF8">
        <w:rPr>
          <w:rFonts w:cs="Times New Roman"/>
          <w:sz w:val="24"/>
          <w:szCs w:val="24"/>
          <w:lang w:val="ru-RU"/>
        </w:rPr>
        <w:t xml:space="preserve">Совет АП СПб не усматривает оснований для квалификации поведения адвоката </w:t>
      </w:r>
      <w:r w:rsidR="007F66C5">
        <w:rPr>
          <w:rFonts w:cs="Times New Roman"/>
          <w:sz w:val="24"/>
          <w:szCs w:val="24"/>
          <w:lang w:val="ru-RU"/>
        </w:rPr>
        <w:t>К.</w:t>
      </w:r>
      <w:r w:rsidRPr="00396EF8">
        <w:rPr>
          <w:rFonts w:cs="Times New Roman"/>
          <w:sz w:val="24"/>
          <w:szCs w:val="24"/>
          <w:lang w:val="ru-RU"/>
        </w:rPr>
        <w:t xml:space="preserve"> по п. 3 ст. 9 КПЭА. Из материалов дисциплинарных производств следует, что юридическая помощь оказывалась в рамках адвокатской консультации, на основании оформленного в адвокатском образовании договора, а не вне рамок адвокатской деятельности как таковой. Установленные дефекты связаны с ненадлежащим оформлением соглашения и финансовых документов, но сами по себе не подтверждают оказание адвокатом юридической помощи вне рамок адвокатской деятельности.</w:t>
      </w:r>
    </w:p>
    <w:p w14:paraId="1C8408AD" w14:textId="77777777" w:rsidR="00292A61" w:rsidRDefault="00723271" w:rsidP="009E1C7D">
      <w:pPr>
        <w:jc w:val="both"/>
        <w:rPr>
          <w:rFonts w:cs="Times New Roman"/>
          <w:sz w:val="24"/>
          <w:szCs w:val="24"/>
          <w:lang w:val="ru-RU"/>
        </w:rPr>
      </w:pPr>
      <w:r w:rsidRPr="00396EF8">
        <w:rPr>
          <w:rFonts w:cs="Times New Roman"/>
          <w:sz w:val="24"/>
          <w:szCs w:val="24"/>
          <w:lang w:val="ru-RU"/>
        </w:rPr>
        <w:t>В связи с этим квалификация по п. 3 ст. 9 КПЭА подлежит исключению из итоговой дисциплинарной квалификации.</w:t>
      </w:r>
    </w:p>
    <w:p w14:paraId="485761C5" w14:textId="77777777" w:rsidR="00282099" w:rsidRPr="00396EF8" w:rsidRDefault="00282099" w:rsidP="009E1C7D">
      <w:pPr>
        <w:jc w:val="both"/>
        <w:rPr>
          <w:rFonts w:cs="Times New Roman"/>
          <w:sz w:val="24"/>
          <w:szCs w:val="24"/>
          <w:lang w:val="ru-RU"/>
        </w:rPr>
      </w:pPr>
    </w:p>
    <w:p w14:paraId="104D85C7" w14:textId="77777777" w:rsidR="00292A61" w:rsidRPr="00396EF8" w:rsidRDefault="00723271" w:rsidP="009E1C7D">
      <w:pPr>
        <w:jc w:val="both"/>
        <w:rPr>
          <w:rFonts w:cs="Times New Roman"/>
          <w:sz w:val="24"/>
          <w:szCs w:val="24"/>
          <w:lang w:val="ru-RU"/>
        </w:rPr>
      </w:pPr>
      <w:r w:rsidRPr="00396EF8">
        <w:rPr>
          <w:rFonts w:cs="Times New Roman"/>
          <w:b/>
          <w:bCs/>
          <w:sz w:val="24"/>
          <w:szCs w:val="24"/>
          <w:lang w:val="ru-RU"/>
        </w:rPr>
        <w:t>3.</w:t>
      </w:r>
      <w:r w:rsidRPr="00396EF8">
        <w:rPr>
          <w:rFonts w:cs="Times New Roman"/>
          <w:sz w:val="24"/>
          <w:szCs w:val="24"/>
          <w:lang w:val="ru-RU"/>
        </w:rPr>
        <w:t xml:space="preserve"> Об исключении квалификации по п. 2 ст. 5 КПЭА и формулы о действиях, направленных к подрыву доверия к адвокатуре.</w:t>
      </w:r>
    </w:p>
    <w:p w14:paraId="0911EE3A"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Совет АП СПб не находит оснований для квалификации установленных нарушений как действий, направленных к подрыву доверия к адвокату или к адвокатуре, в смысле п. 2 ст. 5 КПЭА.</w:t>
      </w:r>
    </w:p>
    <w:p w14:paraId="0FECCCC3"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Само по себе ненадлежащее оформление договорных и финансовых отношений с доверителем, а также допущенная адвокатом профессиональная ошибка при выборе способа защиты образуют нарушения специальных норм Закона об адвокатуре, КПЭА и корпоративного акта Совета АП СПб. Однако такие нарушения не свидетельствуют автоматически о подрыве доверия к адвокату как профессиональному субъекту или к адвокатуре в целом.</w:t>
      </w:r>
    </w:p>
    <w:p w14:paraId="0A781655"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Для квалификации поведения адвоката по п. 2 ст. 5 КПЭА требуется более серьёзное профессиональное нарушение, объективно дискредитирующее адвоката или адвокатуру либо затрагивающее публичные или публично-корпоративные интересы адвокатского сообщества. В данном случае Квалифкомиссия фактически отождествила возникновение конфликта между адвокатом и конкретным доверителем, а также выявленные дефекты оформления документов, с подрывом доверия к адвокатуре, что Совет АП СПб считает неверным.</w:t>
      </w:r>
    </w:p>
    <w:p w14:paraId="3BFD64EA" w14:textId="1B5229DB" w:rsidR="00292A61" w:rsidRDefault="00723271" w:rsidP="009E1C7D">
      <w:pPr>
        <w:jc w:val="both"/>
        <w:rPr>
          <w:rFonts w:cs="Times New Roman"/>
          <w:sz w:val="24"/>
          <w:szCs w:val="24"/>
          <w:lang w:val="ru-RU"/>
        </w:rPr>
      </w:pPr>
      <w:r w:rsidRPr="00396EF8">
        <w:rPr>
          <w:rFonts w:cs="Times New Roman"/>
          <w:sz w:val="24"/>
          <w:szCs w:val="24"/>
          <w:lang w:val="ru-RU"/>
        </w:rPr>
        <w:t xml:space="preserve">При отсутствии признаков грубого нарушения профессиональной этики, недобросовестного присвоения денежных средств доверителя либо наступления существенного вреда публичным интересам корпорации основания для квалификации действий адвоката </w:t>
      </w:r>
      <w:r w:rsidR="007F66C5">
        <w:rPr>
          <w:rFonts w:cs="Times New Roman"/>
          <w:sz w:val="24"/>
          <w:szCs w:val="24"/>
          <w:lang w:val="ru-RU"/>
        </w:rPr>
        <w:t>К.</w:t>
      </w:r>
      <w:r w:rsidRPr="00396EF8">
        <w:rPr>
          <w:rFonts w:cs="Times New Roman"/>
          <w:sz w:val="24"/>
          <w:szCs w:val="24"/>
          <w:lang w:val="ru-RU"/>
        </w:rPr>
        <w:t xml:space="preserve"> по п. 2 ст. 5 КПЭА отсутствуют.</w:t>
      </w:r>
    </w:p>
    <w:p w14:paraId="6F5AAFE7" w14:textId="77777777" w:rsidR="00282099" w:rsidRPr="00396EF8" w:rsidRDefault="00282099" w:rsidP="009E1C7D">
      <w:pPr>
        <w:jc w:val="both"/>
        <w:rPr>
          <w:rFonts w:cs="Times New Roman"/>
          <w:sz w:val="24"/>
          <w:szCs w:val="24"/>
          <w:lang w:val="ru-RU"/>
        </w:rPr>
      </w:pPr>
    </w:p>
    <w:p w14:paraId="03153B08" w14:textId="71F3EC38" w:rsidR="00292A61" w:rsidRPr="00396EF8" w:rsidRDefault="00723271" w:rsidP="009E1C7D">
      <w:pPr>
        <w:jc w:val="both"/>
        <w:rPr>
          <w:rFonts w:cs="Times New Roman"/>
          <w:sz w:val="24"/>
          <w:szCs w:val="24"/>
          <w:lang w:val="ru-RU"/>
        </w:rPr>
      </w:pPr>
      <w:r w:rsidRPr="00396EF8">
        <w:rPr>
          <w:rFonts w:cs="Times New Roman"/>
          <w:sz w:val="24"/>
          <w:szCs w:val="24"/>
          <w:lang w:val="ru-RU"/>
        </w:rPr>
        <w:lastRenderedPageBreak/>
        <w:t xml:space="preserve">С учётом изложенного </w:t>
      </w:r>
      <w:r w:rsidRPr="00282099">
        <w:rPr>
          <w:rFonts w:cs="Times New Roman"/>
          <w:b/>
          <w:bCs/>
          <w:sz w:val="24"/>
          <w:szCs w:val="24"/>
          <w:lang w:val="ru-RU"/>
        </w:rPr>
        <w:t>Совет АП СПб приходит к выводу</w:t>
      </w:r>
      <w:r w:rsidRPr="00396EF8">
        <w:rPr>
          <w:rFonts w:cs="Times New Roman"/>
          <w:sz w:val="24"/>
          <w:szCs w:val="24"/>
          <w:lang w:val="ru-RU"/>
        </w:rPr>
        <w:t xml:space="preserve">, что по объединённым дисциплинарным производствам </w:t>
      </w:r>
      <w:proofErr w:type="gramStart"/>
      <w:r w:rsidRPr="00396EF8">
        <w:rPr>
          <w:rFonts w:cs="Times New Roman"/>
          <w:sz w:val="24"/>
          <w:szCs w:val="24"/>
          <w:lang w:val="ru-RU"/>
        </w:rPr>
        <w:t>№ ,</w:t>
      </w:r>
      <w:proofErr w:type="gramEnd"/>
      <w:r w:rsidRPr="00396EF8">
        <w:rPr>
          <w:rFonts w:cs="Times New Roman"/>
          <w:sz w:val="24"/>
          <w:szCs w:val="24"/>
          <w:lang w:val="ru-RU"/>
        </w:rPr>
        <w:t xml:space="preserve"> № и № установлено наличие в действиях адвоката </w:t>
      </w:r>
      <w:r w:rsidR="007F66C5">
        <w:rPr>
          <w:rFonts w:cs="Times New Roman"/>
          <w:sz w:val="24"/>
          <w:szCs w:val="24"/>
          <w:lang w:val="ru-RU"/>
        </w:rPr>
        <w:t>К.</w:t>
      </w:r>
      <w:r w:rsidRPr="00396EF8">
        <w:rPr>
          <w:rFonts w:cs="Times New Roman"/>
          <w:sz w:val="24"/>
          <w:szCs w:val="24"/>
          <w:lang w:val="ru-RU"/>
        </w:rPr>
        <w:t xml:space="preserve"> дисциплинарного нарушения, выразившегося:</w:t>
      </w:r>
    </w:p>
    <w:p w14:paraId="19C901D5"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 в ненадлежащем оформлении получения денежных средств от доверителя по договору от 01.02.2024 и неисполнении требований корпоративного акта Совета АП СПб о порядке оформления соглашений и регистрации соответствующих документов;</w:t>
      </w:r>
    </w:p>
    <w:p w14:paraId="0D140BC3" w14:textId="77777777" w:rsidR="00282099" w:rsidRDefault="00723271" w:rsidP="009E1C7D">
      <w:pPr>
        <w:jc w:val="both"/>
        <w:rPr>
          <w:rFonts w:cs="Times New Roman"/>
          <w:sz w:val="24"/>
          <w:szCs w:val="24"/>
          <w:lang w:val="ru-RU"/>
        </w:rPr>
      </w:pPr>
      <w:r w:rsidRPr="00396EF8">
        <w:rPr>
          <w:rFonts w:cs="Times New Roman"/>
          <w:sz w:val="24"/>
          <w:szCs w:val="24"/>
          <w:lang w:val="ru-RU"/>
        </w:rPr>
        <w:t>– в неквалифицированном исполнении поручения по договору от 23.05.2025, связанном с выбором ненадлежащего способа защиты права преимущественной покупки доли в праве общей собственности</w:t>
      </w:r>
      <w:r w:rsidR="00282099">
        <w:rPr>
          <w:rFonts w:cs="Times New Roman"/>
          <w:sz w:val="24"/>
          <w:szCs w:val="24"/>
          <w:lang w:val="ru-RU"/>
        </w:rPr>
        <w:t>;</w:t>
      </w:r>
    </w:p>
    <w:p w14:paraId="4F581A80" w14:textId="1B7FD8FF" w:rsidR="00292A61" w:rsidRPr="00396EF8" w:rsidRDefault="00282099" w:rsidP="009E1C7D">
      <w:pPr>
        <w:jc w:val="both"/>
        <w:rPr>
          <w:rFonts w:cs="Times New Roman"/>
          <w:sz w:val="24"/>
          <w:szCs w:val="24"/>
          <w:lang w:val="ru-RU"/>
        </w:rPr>
      </w:pPr>
      <w:r w:rsidRPr="00396EF8">
        <w:rPr>
          <w:rFonts w:cs="Times New Roman"/>
          <w:sz w:val="24"/>
          <w:szCs w:val="24"/>
          <w:lang w:val="ru-RU"/>
        </w:rPr>
        <w:t xml:space="preserve">– в ненадлежащем оформлении договорных отношений при принятии и исполнении поручения </w:t>
      </w:r>
      <w:r w:rsidR="007F66C5">
        <w:rPr>
          <w:rFonts w:cs="Times New Roman"/>
          <w:sz w:val="24"/>
          <w:szCs w:val="24"/>
          <w:lang w:val="ru-RU"/>
        </w:rPr>
        <w:t>К.</w:t>
      </w:r>
      <w:r w:rsidRPr="00396EF8">
        <w:rPr>
          <w:rFonts w:cs="Times New Roman"/>
          <w:sz w:val="24"/>
          <w:szCs w:val="24"/>
          <w:lang w:val="ru-RU"/>
        </w:rPr>
        <w:t>Т.В. по договору от 23.05.2025</w:t>
      </w:r>
      <w:r w:rsidR="00723271" w:rsidRPr="00396EF8">
        <w:rPr>
          <w:rFonts w:cs="Times New Roman"/>
          <w:sz w:val="24"/>
          <w:szCs w:val="24"/>
          <w:lang w:val="ru-RU"/>
        </w:rPr>
        <w:t>.</w:t>
      </w:r>
    </w:p>
    <w:p w14:paraId="01FD7D57"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В остальной части дисциплинарные претензии подтверждения не нашли либо не образуют самостоятельного дисциплинарного нарушения.</w:t>
      </w:r>
    </w:p>
    <w:p w14:paraId="74BE281A" w14:textId="77777777" w:rsidR="00723271" w:rsidRPr="00396EF8" w:rsidRDefault="00723271" w:rsidP="009E1C7D">
      <w:pPr>
        <w:jc w:val="both"/>
        <w:rPr>
          <w:rFonts w:cs="Times New Roman"/>
          <w:sz w:val="24"/>
          <w:szCs w:val="24"/>
          <w:lang w:val="ru-RU"/>
        </w:rPr>
      </w:pPr>
    </w:p>
    <w:p w14:paraId="3E1561D0"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Как указано в п. 1 ст. 18 КПЭА, нарушение адвокатом требований законодательства об адвокатской деятельности и адвокатуре и КПЭА, совершённое умышленно или по грубой неосторожности, влечёт применение мер дисциплинарной ответственности, предусмотренных законодательством об адвокатской деятельности и адвокатуре и КПЭА.</w:t>
      </w:r>
    </w:p>
    <w:p w14:paraId="55563669" w14:textId="77777777" w:rsidR="00292A61" w:rsidRPr="00396EF8" w:rsidRDefault="00723271" w:rsidP="009E1C7D">
      <w:pPr>
        <w:jc w:val="both"/>
        <w:rPr>
          <w:rFonts w:cs="Times New Roman"/>
          <w:sz w:val="24"/>
          <w:szCs w:val="24"/>
          <w:lang w:val="ru-RU"/>
        </w:rPr>
      </w:pPr>
      <w:r w:rsidRPr="00396EF8">
        <w:rPr>
          <w:rFonts w:cs="Times New Roman"/>
          <w:sz w:val="24"/>
          <w:szCs w:val="24"/>
          <w:lang w:val="ru-RU"/>
        </w:rPr>
        <w:t>Согласно подп. 1 п. 1 ст. 25 КПЭА Совет вправе принять по дисциплинарному производству решение о наличии в действиях (бездействии) адвоката нарушения норм законодательства об адвокатской деятельности и адвокатуре и (или) КПЭА и о применении к адвокату мер дисциплинарной ответственности, предусмотренных ст. 18 КПЭА.</w:t>
      </w:r>
    </w:p>
    <w:p w14:paraId="67724FC8" w14:textId="77777777" w:rsidR="001D1967" w:rsidRPr="00396EF8" w:rsidRDefault="001D1967" w:rsidP="009E1C7D">
      <w:pPr>
        <w:jc w:val="both"/>
        <w:rPr>
          <w:rFonts w:cs="Times New Roman"/>
          <w:sz w:val="24"/>
          <w:szCs w:val="24"/>
          <w:lang w:val="ru-RU"/>
        </w:rPr>
      </w:pPr>
    </w:p>
    <w:p w14:paraId="276B8C3E" w14:textId="29304042" w:rsidR="00292A61" w:rsidRPr="00396EF8" w:rsidRDefault="00723271" w:rsidP="009E1C7D">
      <w:pPr>
        <w:jc w:val="both"/>
        <w:rPr>
          <w:rFonts w:cs="Times New Roman"/>
          <w:sz w:val="24"/>
          <w:szCs w:val="24"/>
          <w:lang w:val="ru-RU"/>
        </w:rPr>
      </w:pPr>
      <w:r w:rsidRPr="00080C10">
        <w:rPr>
          <w:rFonts w:cs="Times New Roman"/>
          <w:b/>
          <w:bCs/>
          <w:sz w:val="24"/>
          <w:szCs w:val="24"/>
          <w:lang w:val="ru-RU"/>
        </w:rPr>
        <w:t>Избирая меру дисциплинарной ответственности</w:t>
      </w:r>
      <w:r w:rsidRPr="00396EF8">
        <w:rPr>
          <w:rFonts w:cs="Times New Roman"/>
          <w:sz w:val="24"/>
          <w:szCs w:val="24"/>
          <w:lang w:val="ru-RU"/>
        </w:rPr>
        <w:t xml:space="preserve"> адвокату </w:t>
      </w:r>
      <w:r w:rsidR="007F66C5">
        <w:rPr>
          <w:rFonts w:cs="Times New Roman"/>
          <w:sz w:val="24"/>
          <w:szCs w:val="24"/>
          <w:lang w:val="ru-RU"/>
        </w:rPr>
        <w:t>К.</w:t>
      </w:r>
      <w:r w:rsidRPr="00396EF8">
        <w:rPr>
          <w:rFonts w:cs="Times New Roman"/>
          <w:sz w:val="24"/>
          <w:szCs w:val="24"/>
          <w:lang w:val="ru-RU"/>
        </w:rPr>
        <w:t>, Совет АП СПб учитывает характер и совокупность допущенных нарушений. Установленные нарушения затрагивают различные аспекты профессиональной деятельности адвоката: надлежащее оформление договорных отношений с доверителем, документирование получения денежных средств и квалифицированное исполнение принятого поручения. Такая совокупность нарушений свидетельствует о недостаточном соблюдении адвокатом базовых профессиональных гарантий доверителя и не позволяет признать допущенное поведение малозначительным.</w:t>
      </w:r>
    </w:p>
    <w:p w14:paraId="63EFDF2B" w14:textId="77777777" w:rsidR="00B86D0B" w:rsidRPr="00396EF8" w:rsidRDefault="007F66C5" w:rsidP="00A25E82">
      <w:pPr>
        <w:jc w:val="both"/>
        <w:rPr>
          <w:rFonts w:cs="Times New Roman"/>
          <w:sz w:val="24"/>
          <w:szCs w:val="24"/>
          <w:lang w:val="ru-RU"/>
        </w:rPr>
      </w:pPr>
      <w:r w:rsidRPr="00396EF8">
        <w:rPr>
          <w:rFonts w:cs="Times New Roman"/>
          <w:sz w:val="24"/>
          <w:szCs w:val="24"/>
          <w:lang w:val="ru-RU"/>
        </w:rPr>
        <w:t xml:space="preserve">Совет АП СПб принимает во внимание, что ненадлежащее оформление договорной модели по договору от 23.05.2025 создало неопределённость в </w:t>
      </w:r>
      <w:r w:rsidRPr="00396EF8">
        <w:rPr>
          <w:rFonts w:cs="Times New Roman"/>
          <w:sz w:val="24"/>
          <w:szCs w:val="24"/>
          <w:lang w:val="ru-RU"/>
        </w:rPr>
        <w:t xml:space="preserve">отношениях между доверителем и адвокатом, нарушение порядка оформления получения денежных средств по договору от 01.02.2024 препятствовало надлежащей прозрачности финансовых отношений, а ошибка при выборе способа защиты права преимущественной покупки была </w:t>
      </w:r>
      <w:r w:rsidRPr="00396EF8">
        <w:rPr>
          <w:rFonts w:cs="Times New Roman"/>
          <w:sz w:val="24"/>
          <w:szCs w:val="24"/>
          <w:lang w:val="ru-RU"/>
        </w:rPr>
        <w:t>связана с требованием, для которого законом установлен специальный срок судебной защиты.</w:t>
      </w:r>
    </w:p>
    <w:p w14:paraId="04515AC1" w14:textId="058B7009" w:rsidR="00B86D0B" w:rsidRPr="00396EF8" w:rsidRDefault="007F66C5" w:rsidP="00A25E82">
      <w:pPr>
        <w:jc w:val="both"/>
        <w:rPr>
          <w:rFonts w:cs="Times New Roman"/>
          <w:sz w:val="24"/>
          <w:szCs w:val="24"/>
          <w:lang w:val="ru-RU"/>
        </w:rPr>
      </w:pPr>
      <w:r w:rsidRPr="00396EF8">
        <w:rPr>
          <w:rFonts w:cs="Times New Roman"/>
          <w:sz w:val="24"/>
          <w:szCs w:val="24"/>
          <w:lang w:val="ru-RU"/>
        </w:rPr>
        <w:t>Вместе с тем Совет АП СПб учитывает, что материалы дисциплинарных производств не содержат сведений о лишении доверителя возможности судебной защиты или о причинении ей</w:t>
      </w:r>
      <w:r w:rsidRPr="00396EF8">
        <w:rPr>
          <w:rFonts w:cs="Times New Roman"/>
          <w:sz w:val="24"/>
          <w:szCs w:val="24"/>
          <w:lang w:val="ru-RU"/>
        </w:rPr>
        <w:t xml:space="preserve"> существенного невосполнимого вреда; заявительница смогла обратиться в суд с новым иском о переводе прав и обязанностей покупателя в установленный законом срок. При таких </w:t>
      </w:r>
      <w:r w:rsidRPr="00396EF8">
        <w:rPr>
          <w:rFonts w:cs="Times New Roman"/>
          <w:sz w:val="24"/>
          <w:szCs w:val="24"/>
          <w:lang w:val="ru-RU"/>
        </w:rPr>
        <w:lastRenderedPageBreak/>
        <w:t xml:space="preserve">обстоятельствах Совет АП СПб не усматривает оснований для применения к адвокату </w:t>
      </w:r>
      <w:r>
        <w:rPr>
          <w:rFonts w:cs="Times New Roman"/>
          <w:sz w:val="24"/>
          <w:szCs w:val="24"/>
          <w:lang w:val="ru-RU"/>
        </w:rPr>
        <w:t>К.</w:t>
      </w:r>
      <w:r w:rsidRPr="00396EF8">
        <w:rPr>
          <w:rFonts w:cs="Times New Roman"/>
          <w:sz w:val="24"/>
          <w:szCs w:val="24"/>
          <w:lang w:val="ru-RU"/>
        </w:rPr>
        <w:t xml:space="preserve"> более строгой меры дисциплинарной ответственности.</w:t>
      </w:r>
    </w:p>
    <w:p w14:paraId="40134154" w14:textId="3F68993A" w:rsidR="00B86D0B" w:rsidRPr="00396EF8" w:rsidRDefault="007F66C5" w:rsidP="00A25E82">
      <w:pPr>
        <w:jc w:val="both"/>
        <w:rPr>
          <w:rFonts w:cs="Times New Roman"/>
          <w:sz w:val="24"/>
          <w:szCs w:val="24"/>
          <w:lang w:val="ru-RU"/>
        </w:rPr>
      </w:pPr>
      <w:r w:rsidRPr="00396EF8">
        <w:rPr>
          <w:rFonts w:cs="Times New Roman"/>
          <w:sz w:val="24"/>
          <w:szCs w:val="24"/>
          <w:lang w:val="ru-RU"/>
        </w:rPr>
        <w:t xml:space="preserve">Совет АП СПб также принимает во внимание отсутствие у адвоката </w:t>
      </w:r>
      <w:r>
        <w:rPr>
          <w:rFonts w:cs="Times New Roman"/>
          <w:sz w:val="24"/>
          <w:szCs w:val="24"/>
          <w:lang w:val="ru-RU"/>
        </w:rPr>
        <w:t>К.</w:t>
      </w:r>
      <w:r w:rsidRPr="00396EF8">
        <w:rPr>
          <w:rFonts w:cs="Times New Roman"/>
          <w:sz w:val="24"/>
          <w:szCs w:val="24"/>
          <w:lang w:val="ru-RU"/>
        </w:rPr>
        <w:t xml:space="preserve"> действующих дисциплинарных взысканий, но не считает это обстоятельство оказывающим существенное влияние на принятое решение</w:t>
      </w:r>
      <w:r w:rsidRPr="00396EF8">
        <w:rPr>
          <w:rFonts w:cs="Times New Roman"/>
          <w:sz w:val="24"/>
          <w:szCs w:val="24"/>
          <w:lang w:val="ru-RU"/>
        </w:rPr>
        <w:t>.</w:t>
      </w:r>
    </w:p>
    <w:p w14:paraId="3DBE1B97" w14:textId="63A3A11F" w:rsidR="00B86D0B" w:rsidRDefault="007F66C5" w:rsidP="00A25E82">
      <w:pPr>
        <w:jc w:val="both"/>
        <w:rPr>
          <w:rFonts w:cs="Times New Roman"/>
          <w:sz w:val="24"/>
          <w:szCs w:val="24"/>
          <w:lang w:val="ru-RU"/>
        </w:rPr>
      </w:pPr>
      <w:r w:rsidRPr="00396EF8">
        <w:rPr>
          <w:rFonts w:cs="Times New Roman"/>
          <w:sz w:val="24"/>
          <w:szCs w:val="24"/>
          <w:lang w:val="ru-RU"/>
        </w:rPr>
        <w:t xml:space="preserve">С учётом совокупности указанных обстоятельств Совет АП СПб полагает необходимым применить к адвокату </w:t>
      </w:r>
      <w:r>
        <w:rPr>
          <w:rFonts w:cs="Times New Roman"/>
          <w:sz w:val="24"/>
          <w:szCs w:val="24"/>
          <w:lang w:val="ru-RU"/>
        </w:rPr>
        <w:t>К.</w:t>
      </w:r>
      <w:r w:rsidRPr="00396EF8">
        <w:rPr>
          <w:rFonts w:cs="Times New Roman"/>
          <w:sz w:val="24"/>
          <w:szCs w:val="24"/>
          <w:lang w:val="ru-RU"/>
        </w:rPr>
        <w:t xml:space="preserve"> меру дисциплинарной ответственности в виде </w:t>
      </w:r>
      <w:r w:rsidRPr="00A25E82">
        <w:rPr>
          <w:rFonts w:cs="Times New Roman"/>
          <w:b/>
          <w:bCs/>
          <w:sz w:val="24"/>
          <w:szCs w:val="24"/>
          <w:lang w:val="ru-RU"/>
        </w:rPr>
        <w:t>предупреждения</w:t>
      </w:r>
      <w:r w:rsidRPr="00396EF8">
        <w:rPr>
          <w:rFonts w:cs="Times New Roman"/>
          <w:sz w:val="24"/>
          <w:szCs w:val="24"/>
          <w:lang w:val="ru-RU"/>
        </w:rPr>
        <w:t>, поскольку замечание с учётом количества и характера установленных нарушений не обе</w:t>
      </w:r>
      <w:r w:rsidRPr="00396EF8">
        <w:rPr>
          <w:rFonts w:cs="Times New Roman"/>
          <w:sz w:val="24"/>
          <w:szCs w:val="24"/>
          <w:lang w:val="ru-RU"/>
        </w:rPr>
        <w:t>спечивало бы целей дисциплинарной ответственности, а предупреждение является соразмерной мерой, отвечающей требованиям объективности и справедливости дисциплинарного разбирательства, предусмотренным п. 3 ст. 19 КПЭА.</w:t>
      </w:r>
    </w:p>
    <w:p w14:paraId="0FFB6AAB" w14:textId="77777777" w:rsidR="00A25E82" w:rsidRPr="00396EF8" w:rsidRDefault="00A25E82" w:rsidP="00A25E82">
      <w:pPr>
        <w:jc w:val="both"/>
        <w:rPr>
          <w:rFonts w:cs="Times New Roman"/>
          <w:sz w:val="24"/>
          <w:szCs w:val="24"/>
          <w:lang w:val="ru-RU"/>
        </w:rPr>
      </w:pPr>
    </w:p>
    <w:p w14:paraId="41355529" w14:textId="77777777" w:rsidR="00292A61" w:rsidRPr="00396EF8" w:rsidRDefault="00723271" w:rsidP="00A25E82">
      <w:pPr>
        <w:jc w:val="both"/>
        <w:rPr>
          <w:rFonts w:cs="Times New Roman"/>
          <w:b/>
          <w:bCs/>
          <w:sz w:val="24"/>
          <w:szCs w:val="24"/>
          <w:lang w:val="ru-RU"/>
        </w:rPr>
      </w:pPr>
      <w:r w:rsidRPr="00396EF8">
        <w:rPr>
          <w:rFonts w:cs="Times New Roman"/>
          <w:sz w:val="24"/>
          <w:szCs w:val="24"/>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1 п. 1 ст. 25, подп. 2 п. 6 ст. 18 Кодекса профессиональной этики адвоката, Совет Адвокатской палаты Санкт-Петербурга </w:t>
      </w:r>
      <w:r w:rsidRPr="00A25E82">
        <w:rPr>
          <w:rFonts w:cs="Times New Roman"/>
          <w:b/>
          <w:bCs/>
          <w:sz w:val="24"/>
          <w:szCs w:val="24"/>
          <w:lang w:val="ru-RU"/>
        </w:rPr>
        <w:t>большинством голосов</w:t>
      </w:r>
    </w:p>
    <w:p w14:paraId="3610CF8D" w14:textId="77777777" w:rsidR="00723271" w:rsidRPr="00396EF8" w:rsidRDefault="00723271" w:rsidP="00A25E82">
      <w:pPr>
        <w:jc w:val="both"/>
        <w:rPr>
          <w:rFonts w:cs="Times New Roman"/>
          <w:sz w:val="24"/>
          <w:szCs w:val="24"/>
          <w:lang w:val="ru-RU"/>
        </w:rPr>
      </w:pPr>
    </w:p>
    <w:p w14:paraId="3DF71CE7" w14:textId="77777777" w:rsidR="00292A61" w:rsidRPr="00396EF8" w:rsidRDefault="00723271" w:rsidP="00A25E82">
      <w:pPr>
        <w:jc w:val="center"/>
        <w:rPr>
          <w:rFonts w:cs="Times New Roman"/>
          <w:b/>
          <w:bCs/>
          <w:sz w:val="24"/>
          <w:szCs w:val="24"/>
          <w:lang w:val="ru-RU"/>
        </w:rPr>
      </w:pPr>
      <w:r w:rsidRPr="00396EF8">
        <w:rPr>
          <w:rFonts w:cs="Times New Roman"/>
          <w:b/>
          <w:bCs/>
          <w:sz w:val="24"/>
          <w:szCs w:val="24"/>
          <w:lang w:val="ru-RU"/>
        </w:rPr>
        <w:t>решил:</w:t>
      </w:r>
    </w:p>
    <w:p w14:paraId="4C1CAB19" w14:textId="77777777" w:rsidR="00723271" w:rsidRPr="00396EF8" w:rsidRDefault="00723271" w:rsidP="00A25E82">
      <w:pPr>
        <w:jc w:val="both"/>
        <w:rPr>
          <w:rFonts w:cs="Times New Roman"/>
          <w:sz w:val="24"/>
          <w:szCs w:val="24"/>
          <w:lang w:val="ru-RU"/>
        </w:rPr>
      </w:pPr>
    </w:p>
    <w:p w14:paraId="02DCCE7B" w14:textId="3204CF86" w:rsidR="00292A61" w:rsidRPr="00396EF8" w:rsidRDefault="00723271" w:rsidP="00A25E82">
      <w:pPr>
        <w:jc w:val="both"/>
        <w:rPr>
          <w:rFonts w:cs="Times New Roman"/>
          <w:sz w:val="24"/>
          <w:szCs w:val="24"/>
          <w:lang w:val="ru-RU"/>
        </w:rPr>
      </w:pPr>
      <w:r w:rsidRPr="00A25E82">
        <w:rPr>
          <w:rFonts w:cs="Times New Roman"/>
          <w:b/>
          <w:bCs/>
          <w:sz w:val="24"/>
          <w:szCs w:val="24"/>
          <w:lang w:val="ru-RU"/>
        </w:rPr>
        <w:t>1.</w:t>
      </w:r>
      <w:r w:rsidRPr="00396EF8">
        <w:rPr>
          <w:rFonts w:cs="Times New Roman"/>
          <w:sz w:val="24"/>
          <w:szCs w:val="24"/>
          <w:lang w:val="ru-RU"/>
        </w:rPr>
        <w:t xml:space="preserve"> Объединить дисциплинарные производства </w:t>
      </w:r>
      <w:proofErr w:type="gramStart"/>
      <w:r w:rsidRPr="00396EF8">
        <w:rPr>
          <w:rFonts w:cs="Times New Roman"/>
          <w:sz w:val="24"/>
          <w:szCs w:val="24"/>
          <w:lang w:val="ru-RU"/>
        </w:rPr>
        <w:t>№ ,</w:t>
      </w:r>
      <w:proofErr w:type="gramEnd"/>
      <w:r w:rsidRPr="00396EF8">
        <w:rPr>
          <w:rFonts w:cs="Times New Roman"/>
          <w:sz w:val="24"/>
          <w:szCs w:val="24"/>
          <w:lang w:val="ru-RU"/>
        </w:rPr>
        <w:t xml:space="preserve"> № и № в отношении адвоката </w:t>
      </w:r>
      <w:r w:rsidR="007F66C5">
        <w:rPr>
          <w:rFonts w:cs="Times New Roman"/>
          <w:sz w:val="24"/>
          <w:szCs w:val="24"/>
          <w:lang w:val="ru-RU"/>
        </w:rPr>
        <w:t>К.</w:t>
      </w:r>
      <w:r w:rsidRPr="00396EF8">
        <w:rPr>
          <w:rFonts w:cs="Times New Roman"/>
          <w:sz w:val="24"/>
          <w:szCs w:val="24"/>
          <w:lang w:val="ru-RU"/>
        </w:rPr>
        <w:t xml:space="preserve"> в одно дисциплинарное производство для совместного рассмотрения.</w:t>
      </w:r>
    </w:p>
    <w:p w14:paraId="6BE9E37A" w14:textId="1CC57FD6" w:rsidR="00B86D0B" w:rsidRPr="00396EF8" w:rsidRDefault="007F66C5" w:rsidP="00A25E82">
      <w:pPr>
        <w:jc w:val="both"/>
        <w:rPr>
          <w:rFonts w:cs="Times New Roman"/>
          <w:sz w:val="24"/>
          <w:szCs w:val="24"/>
          <w:lang w:val="ru-RU"/>
        </w:rPr>
      </w:pPr>
      <w:r w:rsidRPr="00A25E82">
        <w:rPr>
          <w:rFonts w:cs="Times New Roman"/>
          <w:b/>
          <w:bCs/>
          <w:sz w:val="24"/>
          <w:szCs w:val="24"/>
          <w:lang w:val="ru-RU"/>
        </w:rPr>
        <w:t>2.</w:t>
      </w:r>
      <w:r w:rsidRPr="00396EF8">
        <w:rPr>
          <w:rFonts w:cs="Times New Roman"/>
          <w:sz w:val="24"/>
          <w:szCs w:val="24"/>
          <w:lang w:val="ru-RU"/>
        </w:rPr>
        <w:t xml:space="preserve"> По объединённым дисциплинарным производствам </w:t>
      </w:r>
      <w:proofErr w:type="gramStart"/>
      <w:r w:rsidRPr="00396EF8">
        <w:rPr>
          <w:rFonts w:cs="Times New Roman"/>
          <w:sz w:val="24"/>
          <w:szCs w:val="24"/>
          <w:lang w:val="ru-RU"/>
        </w:rPr>
        <w:t xml:space="preserve">№ </w:t>
      </w:r>
      <w:r w:rsidRPr="00396EF8">
        <w:rPr>
          <w:rFonts w:cs="Times New Roman"/>
          <w:sz w:val="24"/>
          <w:szCs w:val="24"/>
          <w:lang w:val="ru-RU"/>
        </w:rPr>
        <w:t>,</w:t>
      </w:r>
      <w:proofErr w:type="gramEnd"/>
      <w:r w:rsidRPr="00396EF8">
        <w:rPr>
          <w:rFonts w:cs="Times New Roman"/>
          <w:sz w:val="24"/>
          <w:szCs w:val="24"/>
          <w:lang w:val="ru-RU"/>
        </w:rPr>
        <w:t xml:space="preserve"> № </w:t>
      </w:r>
      <w:r w:rsidRPr="00396EF8">
        <w:rPr>
          <w:rFonts w:cs="Times New Roman"/>
          <w:sz w:val="24"/>
          <w:szCs w:val="24"/>
          <w:lang w:val="ru-RU"/>
        </w:rPr>
        <w:t xml:space="preserve">и № </w:t>
      </w:r>
      <w:r w:rsidRPr="00396EF8">
        <w:rPr>
          <w:rFonts w:cs="Times New Roman"/>
          <w:sz w:val="24"/>
          <w:szCs w:val="24"/>
          <w:lang w:val="ru-RU"/>
        </w:rPr>
        <w:t xml:space="preserve">признать в действиях адвоката </w:t>
      </w:r>
      <w:r>
        <w:rPr>
          <w:rFonts w:cs="Times New Roman"/>
          <w:sz w:val="24"/>
          <w:szCs w:val="24"/>
          <w:lang w:val="ru-RU"/>
        </w:rPr>
        <w:t>К.</w:t>
      </w:r>
      <w:r w:rsidRPr="00396EF8">
        <w:rPr>
          <w:rFonts w:cs="Times New Roman"/>
          <w:sz w:val="24"/>
          <w:szCs w:val="24"/>
          <w:lang w:val="ru-RU"/>
        </w:rPr>
        <w:t xml:space="preserve"> (регистрационный номер </w:t>
      </w:r>
      <w:r w:rsidRPr="00396EF8">
        <w:rPr>
          <w:rFonts w:cs="Times New Roman"/>
          <w:sz w:val="24"/>
          <w:szCs w:val="24"/>
          <w:lang w:val="ru-RU"/>
        </w:rPr>
        <w:t xml:space="preserve"> в Едином государственном реестре адвокатов) наличие нарушения взаимосвязанных требований:</w:t>
      </w:r>
    </w:p>
    <w:p w14:paraId="5C6B9752" w14:textId="7F39E04C" w:rsidR="00B86D0B" w:rsidRPr="00396EF8" w:rsidRDefault="007F66C5" w:rsidP="00A25E82">
      <w:pPr>
        <w:jc w:val="both"/>
        <w:rPr>
          <w:rFonts w:cs="Times New Roman"/>
          <w:sz w:val="24"/>
          <w:szCs w:val="24"/>
          <w:lang w:val="ru-RU"/>
        </w:rPr>
      </w:pPr>
      <w:r w:rsidRPr="00396EF8">
        <w:rPr>
          <w:rFonts w:cs="Times New Roman"/>
          <w:sz w:val="24"/>
          <w:szCs w:val="24"/>
          <w:lang w:val="ru-RU"/>
        </w:rPr>
        <w:t>1) подпункта 4 пункта 1 статьи 7 Федерального закона «Об</w:t>
      </w:r>
      <w:r w:rsidRPr="00396EF8">
        <w:rPr>
          <w:rFonts w:cs="Times New Roman"/>
          <w:sz w:val="24"/>
          <w:szCs w:val="24"/>
          <w:lang w:val="ru-RU"/>
        </w:rPr>
        <w:t xml:space="preserve"> адвокатской деятельности и адвокатуре в Российской Федерации», пункта 1 статьи 8 и пункта 6 статьи 15 Кодекса профессиональной этики адвоката во взаимосвязи с решением Совета Адвокатской палаты Санкт-Петербурга от 04.02.2020 «О порядке оформления соглашен</w:t>
      </w:r>
      <w:r w:rsidRPr="00396EF8">
        <w:rPr>
          <w:rFonts w:cs="Times New Roman"/>
          <w:sz w:val="24"/>
          <w:szCs w:val="24"/>
          <w:lang w:val="ru-RU"/>
        </w:rPr>
        <w:t xml:space="preserve">ий об оказании юридической помощи и их регистрации в документации соответствующих адвокатских образований» </w:t>
      </w:r>
      <w:r w:rsidR="00A25E82">
        <w:rPr>
          <w:rFonts w:cs="Times New Roman"/>
          <w:sz w:val="24"/>
          <w:szCs w:val="24"/>
          <w:lang w:val="ru-RU"/>
        </w:rPr>
        <w:t>–</w:t>
      </w:r>
      <w:r w:rsidRPr="00396EF8">
        <w:rPr>
          <w:rFonts w:cs="Times New Roman"/>
          <w:sz w:val="24"/>
          <w:szCs w:val="24"/>
          <w:lang w:val="ru-RU"/>
        </w:rPr>
        <w:t xml:space="preserve"> в части ненадлежащего оформления получения денежных средств от доверителя по договору от 01.02.2024;</w:t>
      </w:r>
    </w:p>
    <w:p w14:paraId="2698FC9B" w14:textId="2371B45F" w:rsidR="00B86D0B" w:rsidRDefault="00A25E82" w:rsidP="00A25E82">
      <w:pPr>
        <w:jc w:val="both"/>
        <w:rPr>
          <w:rFonts w:cs="Times New Roman"/>
          <w:sz w:val="24"/>
          <w:szCs w:val="24"/>
          <w:lang w:val="ru-RU"/>
        </w:rPr>
      </w:pPr>
      <w:r w:rsidRPr="00A25E82">
        <w:rPr>
          <w:rFonts w:cs="Times New Roman"/>
          <w:sz w:val="24"/>
          <w:szCs w:val="24"/>
          <w:lang w:val="ru-RU"/>
        </w:rPr>
        <w:t>2)</w:t>
      </w:r>
      <w:r>
        <w:rPr>
          <w:rFonts w:cs="Times New Roman"/>
          <w:sz w:val="24"/>
          <w:szCs w:val="24"/>
          <w:lang w:val="ru-RU"/>
        </w:rPr>
        <w:t xml:space="preserve"> </w:t>
      </w:r>
      <w:r w:rsidRPr="00396EF8">
        <w:rPr>
          <w:rFonts w:cs="Times New Roman"/>
          <w:sz w:val="24"/>
          <w:szCs w:val="24"/>
          <w:lang w:val="ru-RU"/>
        </w:rPr>
        <w:t>подпункта 1 пункта 1 статьи 7 Федерального закона «Об адвокатской деятельности и адвокатуре в Российской Федерации» и пункта 1 статьи 8 Кодекса профессиональ</w:t>
      </w:r>
      <w:bookmarkStart w:id="2" w:name="_GoBack"/>
      <w:bookmarkEnd w:id="2"/>
      <w:r w:rsidRPr="00396EF8">
        <w:rPr>
          <w:rFonts w:cs="Times New Roman"/>
          <w:sz w:val="24"/>
          <w:szCs w:val="24"/>
          <w:lang w:val="ru-RU"/>
        </w:rPr>
        <w:t xml:space="preserve">ной этики адвоката </w:t>
      </w:r>
      <w:r w:rsidRPr="00A25E82">
        <w:rPr>
          <w:rFonts w:cs="Times New Roman"/>
          <w:sz w:val="24"/>
          <w:szCs w:val="24"/>
          <w:lang w:val="ru-RU"/>
        </w:rPr>
        <w:t>–</w:t>
      </w:r>
      <w:r w:rsidRPr="00396EF8">
        <w:rPr>
          <w:rFonts w:cs="Times New Roman"/>
          <w:sz w:val="24"/>
          <w:szCs w:val="24"/>
          <w:lang w:val="ru-RU"/>
        </w:rPr>
        <w:t xml:space="preserve"> в части неквалифицированного исполнения поручения по договору от 23.05.2025, связанного с выбором ненадлежащего способа защиты права преимущественной покупки доли в праве общей собственности</w:t>
      </w:r>
      <w:r>
        <w:rPr>
          <w:rFonts w:cs="Times New Roman"/>
          <w:sz w:val="24"/>
          <w:szCs w:val="24"/>
          <w:lang w:val="ru-RU"/>
        </w:rPr>
        <w:t>;</w:t>
      </w:r>
    </w:p>
    <w:p w14:paraId="13E96AA4" w14:textId="3004A31A" w:rsidR="00A25E82" w:rsidRDefault="00A25E82" w:rsidP="00A25E82">
      <w:pPr>
        <w:jc w:val="both"/>
        <w:rPr>
          <w:rFonts w:cs="Times New Roman"/>
          <w:sz w:val="24"/>
          <w:szCs w:val="24"/>
          <w:lang w:val="ru-RU"/>
        </w:rPr>
      </w:pPr>
      <w:r w:rsidRPr="00A25E82">
        <w:rPr>
          <w:rFonts w:cs="Times New Roman"/>
          <w:sz w:val="24"/>
          <w:szCs w:val="24"/>
          <w:lang w:val="ru-RU"/>
        </w:rPr>
        <w:t xml:space="preserve">3) пункта 15 статьи 22, пунктов 1, 2 и подпункта 1 пункта 4 статьи 25 Федерального закона «Об адвокатской деятельности и адвокатуре в Российской Федерации», пункта 1 статьи 8 Кодекса профессиональной этики адвоката – в части ненадлежащего оформления договорных отношений при принятии и исполнении поручения </w:t>
      </w:r>
      <w:r w:rsidR="007F66C5">
        <w:rPr>
          <w:rFonts w:cs="Times New Roman"/>
          <w:sz w:val="24"/>
          <w:szCs w:val="24"/>
          <w:lang w:val="ru-RU"/>
        </w:rPr>
        <w:t>К.</w:t>
      </w:r>
      <w:r w:rsidRPr="00A25E82">
        <w:rPr>
          <w:rFonts w:cs="Times New Roman"/>
          <w:sz w:val="24"/>
          <w:szCs w:val="24"/>
          <w:lang w:val="ru-RU"/>
        </w:rPr>
        <w:t>Т.В. по договору от 23.05.2025</w:t>
      </w:r>
      <w:r>
        <w:rPr>
          <w:rFonts w:cs="Times New Roman"/>
          <w:sz w:val="24"/>
          <w:szCs w:val="24"/>
          <w:lang w:val="ru-RU"/>
        </w:rPr>
        <w:t>.</w:t>
      </w:r>
    </w:p>
    <w:p w14:paraId="0A6ADE1E" w14:textId="77777777" w:rsidR="00A25E82" w:rsidRPr="00396EF8" w:rsidRDefault="00A25E82" w:rsidP="00A25E82">
      <w:pPr>
        <w:jc w:val="both"/>
        <w:rPr>
          <w:rFonts w:cs="Times New Roman"/>
          <w:sz w:val="24"/>
          <w:szCs w:val="24"/>
          <w:lang w:val="ru-RU"/>
        </w:rPr>
      </w:pPr>
    </w:p>
    <w:p w14:paraId="561F9BA7" w14:textId="77777777" w:rsidR="00B86D0B" w:rsidRPr="00396EF8" w:rsidRDefault="007F66C5" w:rsidP="00A25E82">
      <w:pPr>
        <w:jc w:val="both"/>
        <w:rPr>
          <w:rFonts w:cs="Times New Roman"/>
          <w:sz w:val="24"/>
          <w:szCs w:val="24"/>
          <w:lang w:val="ru-RU"/>
        </w:rPr>
      </w:pPr>
      <w:r w:rsidRPr="00396EF8">
        <w:rPr>
          <w:rFonts w:cs="Times New Roman"/>
          <w:sz w:val="24"/>
          <w:szCs w:val="24"/>
          <w:lang w:val="ru-RU"/>
        </w:rPr>
        <w:lastRenderedPageBreak/>
        <w:t>и применить к нему меру дисциплинарной ответстве</w:t>
      </w:r>
      <w:r w:rsidRPr="00396EF8">
        <w:rPr>
          <w:rFonts w:cs="Times New Roman"/>
          <w:sz w:val="24"/>
          <w:szCs w:val="24"/>
          <w:lang w:val="ru-RU"/>
        </w:rPr>
        <w:t xml:space="preserve">нности в виде </w:t>
      </w:r>
      <w:r w:rsidRPr="00A25E82">
        <w:rPr>
          <w:rFonts w:cs="Times New Roman"/>
          <w:b/>
          <w:bCs/>
          <w:sz w:val="24"/>
          <w:szCs w:val="24"/>
          <w:lang w:val="ru-RU"/>
        </w:rPr>
        <w:t>предупреждения</w:t>
      </w:r>
      <w:r w:rsidRPr="00396EF8">
        <w:rPr>
          <w:rFonts w:cs="Times New Roman"/>
          <w:sz w:val="24"/>
          <w:szCs w:val="24"/>
          <w:lang w:val="ru-RU"/>
        </w:rPr>
        <w:t>.</w:t>
      </w:r>
    </w:p>
    <w:p w14:paraId="059FE296" w14:textId="77777777" w:rsidR="00A25E82" w:rsidRDefault="00A25E82" w:rsidP="00A25E82">
      <w:pPr>
        <w:jc w:val="both"/>
        <w:rPr>
          <w:rFonts w:cs="Times New Roman"/>
          <w:sz w:val="24"/>
          <w:szCs w:val="24"/>
          <w:lang w:val="ru-RU"/>
        </w:rPr>
      </w:pPr>
    </w:p>
    <w:p w14:paraId="41F8878B" w14:textId="77777777" w:rsidR="00A25E82" w:rsidRDefault="00A25E82" w:rsidP="00A25E82">
      <w:pPr>
        <w:jc w:val="both"/>
        <w:rPr>
          <w:rFonts w:cs="Times New Roman"/>
          <w:sz w:val="24"/>
          <w:szCs w:val="24"/>
          <w:lang w:val="ru-RU"/>
        </w:rPr>
      </w:pPr>
    </w:p>
    <w:p w14:paraId="15A32B3D" w14:textId="61C44784" w:rsidR="00292A61" w:rsidRPr="00396EF8" w:rsidRDefault="00723271" w:rsidP="00A25E82">
      <w:pPr>
        <w:jc w:val="both"/>
        <w:rPr>
          <w:rFonts w:cs="Times New Roman"/>
          <w:sz w:val="24"/>
          <w:szCs w:val="24"/>
          <w:lang w:val="ru-RU"/>
        </w:rPr>
      </w:pPr>
      <w:r w:rsidRPr="00396EF8">
        <w:rPr>
          <w:rFonts w:cs="Times New Roman"/>
          <w:sz w:val="24"/>
          <w:szCs w:val="24"/>
          <w:lang w:val="ru-RU"/>
        </w:rPr>
        <w:t>Президент</w:t>
      </w:r>
    </w:p>
    <w:p w14:paraId="2FBE8745" w14:textId="77777777" w:rsidR="00292A61" w:rsidRPr="00396EF8" w:rsidRDefault="00723271" w:rsidP="00A25E82">
      <w:pPr>
        <w:jc w:val="both"/>
        <w:rPr>
          <w:rFonts w:cs="Times New Roman"/>
          <w:sz w:val="24"/>
          <w:szCs w:val="24"/>
          <w:lang w:val="ru-RU"/>
        </w:rPr>
      </w:pPr>
      <w:r w:rsidRPr="00396EF8">
        <w:rPr>
          <w:rFonts w:cs="Times New Roman"/>
          <w:sz w:val="24"/>
          <w:szCs w:val="24"/>
          <w:lang w:val="ru-RU"/>
        </w:rPr>
        <w:t>Адвокатской палаты Санкт-Петербурга</w:t>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r>
      <w:r w:rsidRPr="00396EF8">
        <w:rPr>
          <w:rFonts w:cs="Times New Roman"/>
          <w:sz w:val="24"/>
          <w:szCs w:val="24"/>
          <w:lang w:val="ru-RU"/>
        </w:rPr>
        <w:tab/>
        <w:t>Тенишев В.Ш.</w:t>
      </w:r>
    </w:p>
    <w:sectPr w:rsidR="00292A61" w:rsidRPr="00396EF8" w:rsidSect="0003461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0C10"/>
    <w:rsid w:val="0009298A"/>
    <w:rsid w:val="0015074B"/>
    <w:rsid w:val="001778BD"/>
    <w:rsid w:val="001D1967"/>
    <w:rsid w:val="00282099"/>
    <w:rsid w:val="00292A61"/>
    <w:rsid w:val="0029639D"/>
    <w:rsid w:val="00326F90"/>
    <w:rsid w:val="00372375"/>
    <w:rsid w:val="00396EF8"/>
    <w:rsid w:val="00423A56"/>
    <w:rsid w:val="00461AA8"/>
    <w:rsid w:val="004B385F"/>
    <w:rsid w:val="004F7BC2"/>
    <w:rsid w:val="00576627"/>
    <w:rsid w:val="0068323C"/>
    <w:rsid w:val="007043F8"/>
    <w:rsid w:val="00721122"/>
    <w:rsid w:val="00723271"/>
    <w:rsid w:val="007F66C5"/>
    <w:rsid w:val="008A0E6B"/>
    <w:rsid w:val="008D52C9"/>
    <w:rsid w:val="00953409"/>
    <w:rsid w:val="009716C8"/>
    <w:rsid w:val="009E1C7D"/>
    <w:rsid w:val="00A25E82"/>
    <w:rsid w:val="00AA1D8D"/>
    <w:rsid w:val="00AC30C0"/>
    <w:rsid w:val="00B416A2"/>
    <w:rsid w:val="00B47730"/>
    <w:rsid w:val="00B86D0B"/>
    <w:rsid w:val="00C92055"/>
    <w:rsid w:val="00CB0664"/>
    <w:rsid w:val="00D04985"/>
    <w:rsid w:val="00D204FC"/>
    <w:rsid w:val="00F707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982B0"/>
  <w14:defaultImageDpi w14:val="300"/>
  <w15:docId w15:val="{2A43B203-FEA9-4115-B077-CA2E281F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ind w:firstLine="709"/>
    </w:pPr>
    <w:rPr>
      <w:rFonts w:ascii="Times New Roman" w:eastAsia="Times New Roman" w:hAnsi="Times New Roman"/>
      <w:sz w:val="28"/>
    </w:rPr>
  </w:style>
  <w:style w:type="paragraph" w:styleId="1">
    <w:name w:val="heading 1"/>
    <w:basedOn w:val="a1"/>
    <w:next w:val="a1"/>
    <w:link w:val="10"/>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9010F-7940-4D4B-8A83-D0B0623A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3741</Words>
  <Characters>21326</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2</cp:revision>
  <dcterms:created xsi:type="dcterms:W3CDTF">2026-07-27T15:18:00Z</dcterms:created>
  <dcterms:modified xsi:type="dcterms:W3CDTF">2026-07-27T15:18:00Z</dcterms:modified>
  <cp:category/>
</cp:coreProperties>
</file>